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F20844" w14:textId="00D88DC5" w:rsidR="008F2FCF" w:rsidRPr="008F7627" w:rsidRDefault="37C92BD0" w:rsidP="6B087E57">
      <w:pPr>
        <w:pStyle w:val="Title"/>
        <w:rPr>
          <w:rFonts w:ascii="Arial" w:hAnsi="Arial" w:cs="Arial"/>
        </w:rPr>
      </w:pPr>
      <w:r w:rsidRPr="008F7627">
        <w:rPr>
          <w:rFonts w:ascii="Arial" w:hAnsi="Arial" w:cs="Arial"/>
        </w:rPr>
        <w:t>Full Paper Submission Guidelines</w:t>
      </w:r>
    </w:p>
    <w:p w14:paraId="7FC8E8D8" w14:textId="27BEBF5A" w:rsidR="008F2FCF" w:rsidRPr="00047DDC" w:rsidRDefault="37C92BD0" w:rsidP="000323D5">
      <w:r w:rsidRPr="6B087E57">
        <w:t>Authors of accepted contributions are invited to submit a full paper for publication in the U!REKA Connects 2026 Conference Book.</w:t>
      </w:r>
    </w:p>
    <w:p w14:paraId="2FA42073" w14:textId="0F38DE83" w:rsidR="008F2FCF" w:rsidRPr="008F7627" w:rsidRDefault="37C92BD0" w:rsidP="6B087E57">
      <w:pPr>
        <w:pStyle w:val="Heading1"/>
        <w:rPr>
          <w:lang w:val="en-US"/>
        </w:rPr>
      </w:pPr>
      <w:r w:rsidRPr="008F7627">
        <w:rPr>
          <w:lang w:val="en-US"/>
        </w:rPr>
        <w:t>Manuscript Length</w:t>
      </w:r>
    </w:p>
    <w:p w14:paraId="768DC6BB" w14:textId="023952CB" w:rsidR="008F2FCF" w:rsidRPr="00047DDC" w:rsidRDefault="37C92BD0" w:rsidP="00047DDC">
      <w:r w:rsidRPr="008F7627">
        <w:t>Maximum 15 pages, including:</w:t>
      </w:r>
    </w:p>
    <w:p w14:paraId="6F993A72" w14:textId="78C3B31F" w:rsidR="008F2FCF" w:rsidRPr="00047DDC" w:rsidRDefault="00047DDC" w:rsidP="00047DDC">
      <w:pPr>
        <w:pStyle w:val="ListParagraph"/>
        <w:numPr>
          <w:ilvl w:val="0"/>
          <w:numId w:val="18"/>
        </w:numPr>
      </w:pPr>
      <w:r w:rsidRPr="6B087E57">
        <w:rPr>
          <w:lang w:val="pt-PT"/>
        </w:rPr>
        <w:t>T</w:t>
      </w:r>
      <w:r w:rsidR="37C92BD0" w:rsidRPr="6B087E57">
        <w:rPr>
          <w:lang w:val="pt-PT"/>
        </w:rPr>
        <w:t>itle</w:t>
      </w:r>
      <w:r w:rsidRPr="6B087E57">
        <w:rPr>
          <w:lang w:val="pt-PT"/>
        </w:rPr>
        <w:t>;</w:t>
      </w:r>
    </w:p>
    <w:p w14:paraId="311FB27E" w14:textId="06BB93E4" w:rsidR="008F2FCF" w:rsidRPr="00047DDC" w:rsidRDefault="37C92BD0" w:rsidP="00047DDC">
      <w:pPr>
        <w:pStyle w:val="ListParagraph"/>
        <w:numPr>
          <w:ilvl w:val="0"/>
          <w:numId w:val="18"/>
        </w:numPr>
      </w:pPr>
      <w:r w:rsidRPr="6B087E57">
        <w:rPr>
          <w:lang w:val="pt-PT"/>
        </w:rPr>
        <w:t>Abstract</w:t>
      </w:r>
      <w:r w:rsidR="00047DDC" w:rsidRPr="6B087E57">
        <w:rPr>
          <w:lang w:val="pt-PT"/>
        </w:rPr>
        <w:t>;</w:t>
      </w:r>
    </w:p>
    <w:p w14:paraId="7E38E8D0" w14:textId="65254D65" w:rsidR="008F2FCF" w:rsidRPr="00047DDC" w:rsidRDefault="00047DDC" w:rsidP="00047DDC">
      <w:pPr>
        <w:pStyle w:val="ListParagraph"/>
        <w:numPr>
          <w:ilvl w:val="0"/>
          <w:numId w:val="18"/>
        </w:numPr>
      </w:pPr>
      <w:r w:rsidRPr="6B087E57">
        <w:rPr>
          <w:lang w:val="pt-PT"/>
        </w:rPr>
        <w:t>K</w:t>
      </w:r>
      <w:r w:rsidR="37C92BD0" w:rsidRPr="6B087E57">
        <w:rPr>
          <w:lang w:val="pt-PT"/>
        </w:rPr>
        <w:t>eywords</w:t>
      </w:r>
      <w:r w:rsidRPr="6B087E57">
        <w:rPr>
          <w:lang w:val="pt-PT"/>
        </w:rPr>
        <w:t>;</w:t>
      </w:r>
    </w:p>
    <w:p w14:paraId="1515281D" w14:textId="6317050A" w:rsidR="008F2FCF" w:rsidRPr="00047DDC" w:rsidRDefault="00047DDC" w:rsidP="00047DDC">
      <w:pPr>
        <w:pStyle w:val="ListParagraph"/>
        <w:numPr>
          <w:ilvl w:val="0"/>
          <w:numId w:val="18"/>
        </w:numPr>
      </w:pPr>
      <w:r w:rsidRPr="6B087E57">
        <w:rPr>
          <w:lang w:val="pt-PT"/>
        </w:rPr>
        <w:t>F</w:t>
      </w:r>
      <w:r w:rsidR="37C92BD0" w:rsidRPr="6B087E57">
        <w:rPr>
          <w:lang w:val="pt-PT"/>
        </w:rPr>
        <w:t>igures and tables</w:t>
      </w:r>
      <w:r w:rsidRPr="6B087E57">
        <w:rPr>
          <w:lang w:val="pt-PT"/>
        </w:rPr>
        <w:t>;</w:t>
      </w:r>
    </w:p>
    <w:p w14:paraId="7CD96152" w14:textId="05293950" w:rsidR="008F2FCF" w:rsidRPr="00047DDC" w:rsidRDefault="00047DDC" w:rsidP="00047DDC">
      <w:pPr>
        <w:pStyle w:val="ListParagraph"/>
        <w:numPr>
          <w:ilvl w:val="0"/>
          <w:numId w:val="18"/>
        </w:numPr>
      </w:pPr>
      <w:r w:rsidRPr="6B087E57">
        <w:rPr>
          <w:lang w:val="pt-PT"/>
        </w:rPr>
        <w:t>R</w:t>
      </w:r>
      <w:r w:rsidR="37C92BD0" w:rsidRPr="6B087E57">
        <w:rPr>
          <w:lang w:val="pt-PT"/>
        </w:rPr>
        <w:t>eferences</w:t>
      </w:r>
      <w:r w:rsidRPr="6B087E57">
        <w:rPr>
          <w:lang w:val="pt-PT"/>
        </w:rPr>
        <w:t>;</w:t>
      </w:r>
    </w:p>
    <w:p w14:paraId="6A2BDE7B" w14:textId="19885C06" w:rsidR="008F2FCF" w:rsidRPr="00047DDC" w:rsidRDefault="00047DDC" w:rsidP="00047DDC">
      <w:pPr>
        <w:pStyle w:val="ListParagraph"/>
        <w:numPr>
          <w:ilvl w:val="0"/>
          <w:numId w:val="18"/>
        </w:numPr>
      </w:pPr>
      <w:r w:rsidRPr="6B087E57">
        <w:rPr>
          <w:lang w:val="pt-PT"/>
        </w:rPr>
        <w:t>A</w:t>
      </w:r>
      <w:r w:rsidR="37C92BD0" w:rsidRPr="6B087E57">
        <w:rPr>
          <w:lang w:val="pt-PT"/>
        </w:rPr>
        <w:t>ppendices (if applicable)</w:t>
      </w:r>
      <w:r w:rsidRPr="6B087E57">
        <w:rPr>
          <w:lang w:val="pt-PT"/>
        </w:rPr>
        <w:t>.</w:t>
      </w:r>
    </w:p>
    <w:p w14:paraId="2AE56390" w14:textId="0937EDD0" w:rsidR="008F2FCF" w:rsidRPr="00047DDC" w:rsidRDefault="37C92BD0" w:rsidP="00047DDC">
      <w:pPr>
        <w:pStyle w:val="Heading1"/>
      </w:pPr>
      <w:r w:rsidRPr="00047DDC">
        <w:t>Language</w:t>
      </w:r>
    </w:p>
    <w:p w14:paraId="0A5D1634" w14:textId="210D10B8" w:rsidR="008F2FCF" w:rsidRPr="00047DDC" w:rsidRDefault="37C92BD0" w:rsidP="00854AEC">
      <w:pPr>
        <w:pStyle w:val="ListParagraph"/>
        <w:numPr>
          <w:ilvl w:val="0"/>
          <w:numId w:val="19"/>
        </w:numPr>
      </w:pPr>
      <w:r w:rsidRPr="00645F37">
        <w:t>Papers must be written in English.</w:t>
      </w:r>
    </w:p>
    <w:p w14:paraId="0D175150" w14:textId="433E3616" w:rsidR="008F2FCF" w:rsidRPr="00047DDC" w:rsidRDefault="37C92BD0" w:rsidP="00854AEC">
      <w:pPr>
        <w:pStyle w:val="ListParagraph"/>
        <w:numPr>
          <w:ilvl w:val="0"/>
          <w:numId w:val="19"/>
        </w:numPr>
      </w:pPr>
      <w:r w:rsidRPr="00645F37">
        <w:t>Authors are responsible for ensuring the quality of the language prior to submission.</w:t>
      </w:r>
    </w:p>
    <w:p w14:paraId="1C2145C4" w14:textId="7FAE1186" w:rsidR="008F2FCF" w:rsidRPr="00645F37" w:rsidRDefault="37C92BD0" w:rsidP="00047DDC">
      <w:pPr>
        <w:pStyle w:val="Heading1"/>
        <w:rPr>
          <w:lang w:val="en-US"/>
        </w:rPr>
      </w:pPr>
      <w:r w:rsidRPr="00645F37">
        <w:rPr>
          <w:lang w:val="en-US"/>
        </w:rPr>
        <w:t>Manuscript Structure</w:t>
      </w:r>
    </w:p>
    <w:p w14:paraId="3C9A732B" w14:textId="79E02825" w:rsidR="008F2FCF" w:rsidRPr="00047DDC" w:rsidRDefault="37C92BD0" w:rsidP="00854AEC">
      <w:r w:rsidRPr="00645F37">
        <w:t>The manuscript should include the following sections:</w:t>
      </w:r>
    </w:p>
    <w:p w14:paraId="66548620" w14:textId="465C68C8" w:rsidR="008F2FCF" w:rsidRPr="00047DDC" w:rsidRDefault="37C92BD0" w:rsidP="6B087E57">
      <w:pPr>
        <w:pStyle w:val="ListParagraph"/>
        <w:numPr>
          <w:ilvl w:val="0"/>
          <w:numId w:val="2"/>
        </w:numPr>
        <w:rPr>
          <w:lang w:val="pt-PT"/>
        </w:rPr>
      </w:pPr>
      <w:r w:rsidRPr="6B087E57">
        <w:rPr>
          <w:lang w:val="pt-PT"/>
        </w:rPr>
        <w:t>Title</w:t>
      </w:r>
    </w:p>
    <w:p w14:paraId="38EAEDDD" w14:textId="5E5154BC" w:rsidR="008F2FCF" w:rsidRPr="00645F37" w:rsidRDefault="37C92BD0" w:rsidP="6B087E57">
      <w:pPr>
        <w:pStyle w:val="ListParagraph"/>
        <w:numPr>
          <w:ilvl w:val="0"/>
          <w:numId w:val="2"/>
        </w:numPr>
      </w:pPr>
      <w:r w:rsidRPr="00645F37">
        <w:t xml:space="preserve">Author(s), affiliation(s), </w:t>
      </w:r>
      <w:r w:rsidR="00763C67" w:rsidRPr="00645F37">
        <w:t xml:space="preserve">email </w:t>
      </w:r>
      <w:r w:rsidRPr="00645F37">
        <w:t>and ORCID (when available)</w:t>
      </w:r>
    </w:p>
    <w:p w14:paraId="2F352CE2" w14:textId="40BDAF1C" w:rsidR="008F2FCF" w:rsidRPr="00047DDC" w:rsidRDefault="37C92BD0" w:rsidP="6B087E57">
      <w:pPr>
        <w:pStyle w:val="ListParagraph"/>
        <w:numPr>
          <w:ilvl w:val="0"/>
          <w:numId w:val="2"/>
        </w:numPr>
        <w:rPr>
          <w:lang w:val="pt-PT"/>
        </w:rPr>
      </w:pPr>
      <w:r w:rsidRPr="6B087E57">
        <w:rPr>
          <w:lang w:val="pt-PT"/>
        </w:rPr>
        <w:t>Abstract (150–250 words)</w:t>
      </w:r>
    </w:p>
    <w:p w14:paraId="149F044D" w14:textId="2CA4A50E" w:rsidR="008F2FCF" w:rsidRPr="00047DDC" w:rsidRDefault="37C92BD0" w:rsidP="6B087E57">
      <w:pPr>
        <w:pStyle w:val="ListParagraph"/>
        <w:numPr>
          <w:ilvl w:val="0"/>
          <w:numId w:val="2"/>
        </w:numPr>
        <w:rPr>
          <w:lang w:val="pt-PT"/>
        </w:rPr>
      </w:pPr>
      <w:r w:rsidRPr="6B087E57">
        <w:rPr>
          <w:lang w:val="pt-PT"/>
        </w:rPr>
        <w:t>Keywords (3–5)</w:t>
      </w:r>
    </w:p>
    <w:p w14:paraId="079CDFE8" w14:textId="14DFFFA8" w:rsidR="00854AEC" w:rsidRPr="00854AEC" w:rsidRDefault="37C92BD0" w:rsidP="6B087E57">
      <w:pPr>
        <w:pStyle w:val="ListParagraph"/>
        <w:numPr>
          <w:ilvl w:val="0"/>
          <w:numId w:val="2"/>
        </w:numPr>
        <w:rPr>
          <w:lang w:val="pt-PT"/>
        </w:rPr>
      </w:pPr>
      <w:r w:rsidRPr="6B087E57">
        <w:rPr>
          <w:lang w:val="pt-PT"/>
        </w:rPr>
        <w:t>Introduction</w:t>
      </w:r>
    </w:p>
    <w:p w14:paraId="4B1C02C1" w14:textId="5585CE37" w:rsidR="008F2FCF" w:rsidRPr="00047DDC" w:rsidRDefault="37C92BD0" w:rsidP="6B087E57">
      <w:pPr>
        <w:pStyle w:val="ListParagraph"/>
        <w:numPr>
          <w:ilvl w:val="0"/>
          <w:numId w:val="2"/>
        </w:numPr>
        <w:rPr>
          <w:lang w:val="pt-PT"/>
        </w:rPr>
      </w:pPr>
      <w:r w:rsidRPr="6B087E57">
        <w:rPr>
          <w:lang w:val="pt-PT"/>
        </w:rPr>
        <w:t>Main body (using clear section headings)</w:t>
      </w:r>
    </w:p>
    <w:p w14:paraId="0BDDC439" w14:textId="0E713DB2" w:rsidR="008F2FCF" w:rsidRPr="00047DDC" w:rsidRDefault="37C92BD0" w:rsidP="6B087E57">
      <w:pPr>
        <w:pStyle w:val="ListParagraph"/>
        <w:numPr>
          <w:ilvl w:val="0"/>
          <w:numId w:val="2"/>
        </w:numPr>
        <w:rPr>
          <w:lang w:val="pt-PT"/>
        </w:rPr>
      </w:pPr>
      <w:r w:rsidRPr="6B087E57">
        <w:rPr>
          <w:lang w:val="pt-PT"/>
        </w:rPr>
        <w:t>Conclusions</w:t>
      </w:r>
    </w:p>
    <w:p w14:paraId="1C88AAA5" w14:textId="3A564118" w:rsidR="008F2FCF" w:rsidRPr="00D36455" w:rsidRDefault="37C92BD0" w:rsidP="6B087E57">
      <w:pPr>
        <w:pStyle w:val="ListParagraph"/>
        <w:numPr>
          <w:ilvl w:val="0"/>
          <w:numId w:val="2"/>
        </w:numPr>
        <w:rPr>
          <w:lang w:val="pt-PT"/>
        </w:rPr>
      </w:pPr>
      <w:r w:rsidRPr="6B087E57">
        <w:rPr>
          <w:lang w:val="pt-PT"/>
        </w:rPr>
        <w:t>References</w:t>
      </w:r>
    </w:p>
    <w:p w14:paraId="41B38A55" w14:textId="5DD89090" w:rsidR="008F2FCF" w:rsidRPr="00047DDC" w:rsidRDefault="00D36455" w:rsidP="6B087E57">
      <w:pPr>
        <w:pStyle w:val="ListParagraph"/>
        <w:numPr>
          <w:ilvl w:val="0"/>
          <w:numId w:val="2"/>
        </w:numPr>
      </w:pPr>
      <w:r>
        <w:t>Acknowledgements, funding and conflict of interest (optional)</w:t>
      </w:r>
    </w:p>
    <w:p w14:paraId="5027D5E2" w14:textId="3E4A3684" w:rsidR="008F2FCF" w:rsidRPr="00047DDC" w:rsidRDefault="37C92BD0" w:rsidP="00BE41EC">
      <w:pPr>
        <w:pStyle w:val="Heading2"/>
        <w:rPr>
          <w:rFonts w:ascii="Arial" w:hAnsi="Arial" w:cs="Arial"/>
        </w:rPr>
      </w:pPr>
      <w:r w:rsidRPr="6B087E57">
        <w:rPr>
          <w:rFonts w:ascii="Arial" w:hAnsi="Arial" w:cs="Arial"/>
          <w:lang w:val="pt-PT"/>
        </w:rPr>
        <w:lastRenderedPageBreak/>
        <w:t>Formatting Requirements</w:t>
      </w:r>
    </w:p>
    <w:p w14:paraId="681CED51" w14:textId="415E411C" w:rsidR="008F2FCF" w:rsidRPr="00047DDC" w:rsidRDefault="37C92BD0" w:rsidP="00854AEC">
      <w:pPr>
        <w:pStyle w:val="ListParagraph"/>
        <w:numPr>
          <w:ilvl w:val="0"/>
          <w:numId w:val="21"/>
        </w:numPr>
      </w:pPr>
      <w:r w:rsidRPr="6B087E57">
        <w:rPr>
          <w:lang w:val="pt-PT"/>
        </w:rPr>
        <w:t xml:space="preserve">File format: Microsoft Word (.docx) - </w:t>
      </w:r>
      <w:r w:rsidRPr="6B087E57">
        <w:rPr>
          <w:i/>
          <w:iCs/>
          <w:lang w:val="pt-PT"/>
        </w:rPr>
        <w:t>please use this document</w:t>
      </w:r>
    </w:p>
    <w:p w14:paraId="6DF06B03" w14:textId="10F201B6" w:rsidR="008F2FCF" w:rsidRPr="00047DDC" w:rsidRDefault="37C92BD0" w:rsidP="00854AEC">
      <w:pPr>
        <w:pStyle w:val="ListParagraph"/>
        <w:numPr>
          <w:ilvl w:val="0"/>
          <w:numId w:val="21"/>
        </w:numPr>
      </w:pPr>
      <w:r w:rsidRPr="6B087E57">
        <w:rPr>
          <w:lang w:val="pt-PT"/>
        </w:rPr>
        <w:t>Paper size: A4</w:t>
      </w:r>
      <w:r w:rsidR="009E18D5" w:rsidRPr="6B087E57">
        <w:rPr>
          <w:lang w:val="pt-PT"/>
        </w:rPr>
        <w:t xml:space="preserve"> / Margins: </w:t>
      </w:r>
      <w:r w:rsidR="00BE41EC" w:rsidRPr="6B087E57">
        <w:rPr>
          <w:lang w:val="pt-PT"/>
        </w:rPr>
        <w:t xml:space="preserve">1’’ </w:t>
      </w:r>
      <w:r w:rsidR="009E18D5" w:rsidRPr="6B087E57">
        <w:rPr>
          <w:lang w:val="pt-PT"/>
        </w:rPr>
        <w:t>on all sides</w:t>
      </w:r>
    </w:p>
    <w:p w14:paraId="6BF15CF0" w14:textId="1E39A416" w:rsidR="008F2FCF" w:rsidRPr="00047DDC" w:rsidRDefault="37C92BD0" w:rsidP="00854AEC">
      <w:pPr>
        <w:pStyle w:val="ListParagraph"/>
        <w:numPr>
          <w:ilvl w:val="0"/>
          <w:numId w:val="21"/>
        </w:numPr>
      </w:pPr>
      <w:r w:rsidRPr="00854AEC">
        <w:rPr>
          <w:lang w:val="pt-PT"/>
        </w:rPr>
        <w:t xml:space="preserve">Font: </w:t>
      </w:r>
      <w:r w:rsidR="5E10F156" w:rsidRPr="00854AEC">
        <w:rPr>
          <w:lang w:val="pt-PT"/>
        </w:rPr>
        <w:t>Arial</w:t>
      </w:r>
    </w:p>
    <w:p w14:paraId="59868C62" w14:textId="25DC068B" w:rsidR="008F2FCF" w:rsidRPr="00047DDC" w:rsidRDefault="37C92BD0" w:rsidP="00854AEC">
      <w:pPr>
        <w:pStyle w:val="ListParagraph"/>
        <w:numPr>
          <w:ilvl w:val="0"/>
          <w:numId w:val="21"/>
        </w:numPr>
      </w:pPr>
      <w:r w:rsidRPr="00854AEC">
        <w:rPr>
          <w:lang w:val="pt-PT"/>
        </w:rPr>
        <w:t>Text alignment: Justified</w:t>
      </w:r>
    </w:p>
    <w:p w14:paraId="7C6047EA" w14:textId="09ACEBAE" w:rsidR="008F2FCF" w:rsidRPr="00047DDC" w:rsidRDefault="37C92BD0" w:rsidP="00854AEC">
      <w:pPr>
        <w:pStyle w:val="ListParagraph"/>
        <w:numPr>
          <w:ilvl w:val="0"/>
          <w:numId w:val="21"/>
        </w:numPr>
      </w:pPr>
      <w:r w:rsidRPr="6B087E57">
        <w:rPr>
          <w:lang w:val="pt-PT"/>
        </w:rPr>
        <w:t>Figures and tables should be numbered consecutively and cited in the text.</w:t>
      </w:r>
    </w:p>
    <w:p w14:paraId="6A654FCD" w14:textId="6A7F4679" w:rsidR="008F2FCF" w:rsidRPr="00047DDC" w:rsidRDefault="37C92BD0" w:rsidP="00854AEC">
      <w:pPr>
        <w:pStyle w:val="ListParagraph"/>
        <w:numPr>
          <w:ilvl w:val="0"/>
          <w:numId w:val="21"/>
        </w:numPr>
      </w:pPr>
      <w:r w:rsidRPr="00047DDC">
        <w:t>Images must be of high resolution (at least 300 dpi) and in vector format if possible.</w:t>
      </w:r>
    </w:p>
    <w:p w14:paraId="5F27B350" w14:textId="4AC1329C" w:rsidR="00BE41EC" w:rsidRPr="00047DDC" w:rsidRDefault="00BE41EC" w:rsidP="00BE41EC">
      <w:pPr>
        <w:pStyle w:val="Heading2"/>
        <w:rPr>
          <w:rFonts w:ascii="Arial" w:hAnsi="Arial" w:cs="Arial"/>
        </w:rPr>
      </w:pPr>
      <w:r w:rsidRPr="6B087E57">
        <w:rPr>
          <w:rFonts w:ascii="Arial" w:hAnsi="Arial" w:cs="Arial"/>
        </w:rPr>
        <w:t>Font Size and Colors</w:t>
      </w:r>
      <w:r w:rsidR="533E29DC" w:rsidRPr="6B087E57">
        <w:rPr>
          <w:rFonts w:ascii="Arial" w:hAnsi="Arial" w:cs="Arial"/>
        </w:rPr>
        <w:t xml:space="preserve"> (you may use the automatic style guide)</w:t>
      </w:r>
    </w:p>
    <w:p w14:paraId="0C86C534" w14:textId="3BAB7DEF" w:rsidR="008F2FCF" w:rsidRPr="00047DDC" w:rsidRDefault="20967CC6" w:rsidP="000323D5">
      <w:pPr>
        <w:pStyle w:val="ListParagraph"/>
        <w:numPr>
          <w:ilvl w:val="0"/>
          <w:numId w:val="8"/>
        </w:numPr>
      </w:pPr>
      <w:r w:rsidRPr="00047DDC">
        <w:t>Main Section Titles (Heading 1): Arial Bold | 1</w:t>
      </w:r>
      <w:r w:rsidR="00BE41EC" w:rsidRPr="00047DDC">
        <w:t>6</w:t>
      </w:r>
      <w:r w:rsidRPr="00047DDC">
        <w:t xml:space="preserve"> pt | </w:t>
      </w:r>
      <w:r w:rsidRPr="00047DDC">
        <w:rPr>
          <w:b/>
          <w:bCs/>
          <w:color w:val="75BD97"/>
        </w:rPr>
        <w:t>U!REKA Green</w:t>
      </w:r>
      <w:r w:rsidRPr="00047DDC">
        <w:rPr>
          <w:b/>
          <w:bCs/>
        </w:rPr>
        <w:t xml:space="preserve"> (#75BD97)</w:t>
      </w:r>
    </w:p>
    <w:p w14:paraId="76250F82" w14:textId="51BC14CC" w:rsidR="008F2FCF" w:rsidRPr="00047DDC" w:rsidRDefault="20967CC6" w:rsidP="000323D5">
      <w:pPr>
        <w:pStyle w:val="ListParagraph"/>
        <w:numPr>
          <w:ilvl w:val="0"/>
          <w:numId w:val="8"/>
        </w:numPr>
      </w:pPr>
      <w:r w:rsidRPr="00047DDC">
        <w:t>Subsections (Heading 2): Arial Bold | 1</w:t>
      </w:r>
      <w:r w:rsidR="00047DDC" w:rsidRPr="00047DDC">
        <w:t>2</w:t>
      </w:r>
      <w:r w:rsidRPr="00047DDC">
        <w:t xml:space="preserve"> pt | </w:t>
      </w:r>
      <w:r w:rsidRPr="00047DDC">
        <w:rPr>
          <w:b/>
          <w:bCs/>
          <w:color w:val="8D62A5"/>
        </w:rPr>
        <w:t>U!REKA Purple</w:t>
      </w:r>
      <w:r w:rsidRPr="00047DDC">
        <w:rPr>
          <w:b/>
          <w:bCs/>
        </w:rPr>
        <w:t xml:space="preserve"> (#8D62A5)</w:t>
      </w:r>
    </w:p>
    <w:p w14:paraId="108D15FF" w14:textId="1D243C2C" w:rsidR="008F2FCF" w:rsidRPr="00047DDC" w:rsidRDefault="20967CC6" w:rsidP="000323D5">
      <w:pPr>
        <w:pStyle w:val="ListParagraph"/>
        <w:numPr>
          <w:ilvl w:val="0"/>
          <w:numId w:val="8"/>
        </w:numPr>
      </w:pPr>
      <w:r w:rsidRPr="00047DDC">
        <w:t xml:space="preserve">Body Text (Normal): Arial Regular | 11 pt | </w:t>
      </w:r>
      <w:r w:rsidR="6864DFAC" w:rsidRPr="00047DDC">
        <w:rPr>
          <w:b/>
          <w:bCs/>
        </w:rPr>
        <w:t>Black</w:t>
      </w:r>
      <w:r w:rsidRPr="00047DDC">
        <w:t xml:space="preserve"> | Line spacing: 1.5</w:t>
      </w:r>
    </w:p>
    <w:p w14:paraId="75C0FBB6" w14:textId="379B6663" w:rsidR="008F2FCF" w:rsidRDefault="00BF2790" w:rsidP="000323D5">
      <w:pPr>
        <w:pStyle w:val="ListParagraph"/>
        <w:numPr>
          <w:ilvl w:val="0"/>
          <w:numId w:val="8"/>
        </w:numPr>
        <w:rPr>
          <w:b/>
          <w:bCs/>
        </w:rPr>
      </w:pPr>
      <w:r>
        <w:t xml:space="preserve">Tables </w:t>
      </w:r>
      <w:r w:rsidR="033A1E76">
        <w:t xml:space="preserve">and Figures </w:t>
      </w:r>
      <w:r w:rsidR="00F8064E">
        <w:t>(</w:t>
      </w:r>
      <w:r w:rsidR="23C0E7E0">
        <w:t>Caption)</w:t>
      </w:r>
      <w:r w:rsidR="00F8064E">
        <w:t xml:space="preserve">: Arial </w:t>
      </w:r>
      <w:r>
        <w:t>Bold</w:t>
      </w:r>
      <w:r w:rsidR="00F8064E">
        <w:t xml:space="preserve"> | </w:t>
      </w:r>
      <w:r>
        <w:t>9</w:t>
      </w:r>
      <w:r w:rsidR="00F8064E">
        <w:t xml:space="preserve"> pt | </w:t>
      </w:r>
      <w:r w:rsidRPr="6B087E57">
        <w:rPr>
          <w:b/>
          <w:bCs/>
          <w:color w:val="4E5A72"/>
        </w:rPr>
        <w:t>U!REKA Dark Slater</w:t>
      </w:r>
      <w:r w:rsidR="00F8064E" w:rsidRPr="6B087E57">
        <w:rPr>
          <w:color w:val="4E5A72"/>
        </w:rPr>
        <w:t xml:space="preserve"> </w:t>
      </w:r>
      <w:r w:rsidRPr="6B087E57">
        <w:rPr>
          <w:b/>
          <w:bCs/>
        </w:rPr>
        <w:t>(#4E5A72)</w:t>
      </w:r>
    </w:p>
    <w:p w14:paraId="2D252FEC" w14:textId="535E4CCD" w:rsidR="008F2FCF" w:rsidRPr="00047DDC" w:rsidRDefault="37C92BD0" w:rsidP="00D36455">
      <w:pPr>
        <w:pStyle w:val="Heading2"/>
      </w:pPr>
      <w:r w:rsidRPr="6B087E57">
        <w:rPr>
          <w:lang w:val="pt-PT"/>
        </w:rPr>
        <w:t>References</w:t>
      </w:r>
    </w:p>
    <w:p w14:paraId="619674CE" w14:textId="7B0C8196" w:rsidR="008F2FCF" w:rsidRPr="00047DDC" w:rsidRDefault="37C92BD0" w:rsidP="000323D5">
      <w:r w:rsidRPr="6B087E57">
        <w:rPr>
          <w:lang w:val="pt-PT"/>
        </w:rPr>
        <w:t>References should follow the APA (7th edition) citation style and include only works cited in the manuscript.</w:t>
      </w:r>
    </w:p>
    <w:p w14:paraId="4370AFB0" w14:textId="28B34C91" w:rsidR="008F2FCF" w:rsidRPr="00047DDC" w:rsidRDefault="37C92BD0" w:rsidP="006C3E09">
      <w:pPr>
        <w:pStyle w:val="Heading1"/>
      </w:pPr>
      <w:r w:rsidRPr="00047DDC">
        <w:t>Originality</w:t>
      </w:r>
    </w:p>
    <w:p w14:paraId="199D9823" w14:textId="125D4947" w:rsidR="008F2FCF" w:rsidRPr="00047DDC" w:rsidRDefault="37C92BD0" w:rsidP="000323D5">
      <w:r w:rsidRPr="00047DDC">
        <w:rPr>
          <w:lang w:val="pt-PT"/>
        </w:rPr>
        <w:t>Submitted papers must:</w:t>
      </w:r>
    </w:p>
    <w:p w14:paraId="215CE507" w14:textId="6B796E80" w:rsidR="008F2FCF" w:rsidRPr="00047DDC" w:rsidRDefault="37C92BD0" w:rsidP="000323D5">
      <w:pPr>
        <w:pStyle w:val="ListParagraph"/>
        <w:numPr>
          <w:ilvl w:val="0"/>
          <w:numId w:val="4"/>
        </w:numPr>
      </w:pPr>
      <w:r w:rsidRPr="00047DDC">
        <w:rPr>
          <w:lang w:val="pt-PT"/>
        </w:rPr>
        <w:t>present original work;</w:t>
      </w:r>
    </w:p>
    <w:p w14:paraId="05BEA83A" w14:textId="09247B34" w:rsidR="008F2FCF" w:rsidRPr="00047DDC" w:rsidRDefault="37C92BD0" w:rsidP="000323D5">
      <w:pPr>
        <w:pStyle w:val="ListParagraph"/>
        <w:numPr>
          <w:ilvl w:val="0"/>
          <w:numId w:val="4"/>
        </w:numPr>
      </w:pPr>
      <w:r w:rsidRPr="6B087E57">
        <w:rPr>
          <w:lang w:val="pt-PT"/>
        </w:rPr>
        <w:t>not have been previously published;</w:t>
      </w:r>
    </w:p>
    <w:p w14:paraId="13AFF30C" w14:textId="775B43BD" w:rsidR="008F2FCF" w:rsidRPr="00047DDC" w:rsidRDefault="37C92BD0" w:rsidP="000323D5">
      <w:pPr>
        <w:pStyle w:val="ListParagraph"/>
        <w:numPr>
          <w:ilvl w:val="0"/>
          <w:numId w:val="4"/>
        </w:numPr>
      </w:pPr>
      <w:r w:rsidRPr="6B087E57">
        <w:rPr>
          <w:lang w:val="pt-PT"/>
        </w:rPr>
        <w:t>not be under consideration for publication elsewhere.</w:t>
      </w:r>
    </w:p>
    <w:p w14:paraId="00319279" w14:textId="1DC267E8" w:rsidR="008F2FCF" w:rsidRPr="00047DDC" w:rsidRDefault="37C92BD0" w:rsidP="000323D5">
      <w:r w:rsidRPr="6B087E57">
        <w:rPr>
          <w:lang w:val="pt-PT"/>
        </w:rPr>
        <w:t>Authors are responsible for obtaining permission to reproduce any copyrighted material included in their manuscript.</w:t>
      </w:r>
    </w:p>
    <w:p w14:paraId="0C1F7478" w14:textId="67F2115B" w:rsidR="008F2FCF" w:rsidRPr="00047DDC" w:rsidRDefault="37C92BD0" w:rsidP="00854AEC">
      <w:pPr>
        <w:pStyle w:val="Heading1"/>
      </w:pPr>
      <w:r w:rsidRPr="00047DDC">
        <w:t>Review Process</w:t>
      </w:r>
    </w:p>
    <w:p w14:paraId="7296C1EE" w14:textId="1913A51F" w:rsidR="008F2FCF" w:rsidRPr="00047DDC" w:rsidRDefault="37C92BD0" w:rsidP="000323D5">
      <w:r w:rsidRPr="6B087E57">
        <w:rPr>
          <w:lang w:val="pt-PT"/>
        </w:rPr>
        <w:t>All submissions will undergo an editorial review. The Editorial Committee reserves the right to reject a proposal or to request revisions before accepting the manuscript for publication.</w:t>
      </w:r>
    </w:p>
    <w:p w14:paraId="35910C80" w14:textId="7B426739" w:rsidR="008F2FCF" w:rsidRPr="00645F37" w:rsidRDefault="37C92BD0" w:rsidP="00854AEC">
      <w:pPr>
        <w:pStyle w:val="Heading1"/>
        <w:rPr>
          <w:lang w:val="en-US"/>
        </w:rPr>
      </w:pPr>
      <w:r w:rsidRPr="00645F37">
        <w:rPr>
          <w:lang w:val="en-US"/>
        </w:rPr>
        <w:lastRenderedPageBreak/>
        <w:t>Submission</w:t>
      </w:r>
    </w:p>
    <w:p w14:paraId="2246330D" w14:textId="036092B5" w:rsidR="008F2FCF" w:rsidRPr="00047DDC" w:rsidRDefault="37C92BD0" w:rsidP="000323D5">
      <w:r w:rsidRPr="00047DDC">
        <w:t xml:space="preserve">Papers should be submitted through the conference submission </w:t>
      </w:r>
      <w:hyperlink r:id="rId11">
        <w:r w:rsidRPr="00047DDC">
          <w:rPr>
            <w:rStyle w:val="Hyperlink"/>
            <w:rFonts w:eastAsia="Times New Roman"/>
            <w:sz w:val="24"/>
            <w:szCs w:val="24"/>
          </w:rPr>
          <w:t>link</w:t>
        </w:r>
      </w:hyperlink>
      <w:r w:rsidRPr="00047DDC">
        <w:t xml:space="preserve"> by the published deadline. The manuscript template is available on the following pages.</w:t>
      </w:r>
    </w:p>
    <w:p w14:paraId="35ACE0EC" w14:textId="443A700A" w:rsidR="008F2FCF" w:rsidRPr="00047DDC" w:rsidRDefault="37C92BD0" w:rsidP="00854AEC">
      <w:r w:rsidRPr="00047DDC">
        <w:t>Important Notice: Use of this official proposal template is mandatory for all manuscripts. Submissions that do not strictly follow this format will not be accepted for the U!REKA Connects 2026 Conference Book.</w:t>
      </w:r>
    </w:p>
    <w:p w14:paraId="184341DE" w14:textId="32C18C99" w:rsidR="008F2FCF" w:rsidRDefault="008F2FCF" w:rsidP="000323D5"/>
    <w:p w14:paraId="56488233" w14:textId="77777777" w:rsidR="00854AEC" w:rsidRDefault="00854AEC" w:rsidP="000323D5"/>
    <w:p w14:paraId="4520A149" w14:textId="77777777" w:rsidR="006C3E09" w:rsidRPr="006C3E09" w:rsidRDefault="006C3E09" w:rsidP="006C3E09">
      <w:pPr>
        <w:jc w:val="center"/>
        <w:rPr>
          <w:b/>
          <w:bCs/>
          <w:color w:val="8D62A5"/>
          <w:sz w:val="36"/>
          <w:szCs w:val="36"/>
        </w:rPr>
      </w:pPr>
      <w:r w:rsidRPr="006C3E09">
        <w:rPr>
          <w:b/>
          <w:bCs/>
          <w:color w:val="8D62A5"/>
          <w:sz w:val="36"/>
          <w:szCs w:val="36"/>
        </w:rPr>
        <w:t>Start your chapter on the next page.</w:t>
      </w:r>
    </w:p>
    <w:p w14:paraId="083FB9A6" w14:textId="216F47C2" w:rsidR="008F2FCF" w:rsidRPr="006C3E09" w:rsidRDefault="006C3E09" w:rsidP="006C3E09">
      <w:pPr>
        <w:jc w:val="center"/>
        <w:rPr>
          <w:b/>
          <w:bCs/>
          <w:color w:val="8D62A5"/>
          <w:sz w:val="36"/>
          <w:szCs w:val="36"/>
        </w:rPr>
      </w:pPr>
      <w:r w:rsidRPr="006C3E09">
        <w:rPr>
          <w:b/>
          <w:bCs/>
          <w:color w:val="8D62A5"/>
          <w:sz w:val="36"/>
          <w:szCs w:val="36"/>
        </w:rPr>
        <w:t xml:space="preserve">When you have finished, delete these instructions before submitting. </w:t>
      </w:r>
      <w:r w:rsidR="21591852" w:rsidRPr="006C3E09">
        <w:rPr>
          <w:b/>
          <w:bCs/>
          <w:color w:val="8D62A5"/>
          <w:sz w:val="36"/>
          <w:szCs w:val="36"/>
        </w:rPr>
        <w:br w:type="page"/>
      </w:r>
    </w:p>
    <w:p w14:paraId="51493278" w14:textId="166D0292" w:rsidR="008F2FCF" w:rsidRPr="00D36455" w:rsidRDefault="006C3E09" w:rsidP="00D36455">
      <w:pPr>
        <w:pStyle w:val="Title"/>
      </w:pPr>
      <w:r w:rsidRPr="00D36455">
        <w:lastRenderedPageBreak/>
        <w:t xml:space="preserve">Add </w:t>
      </w:r>
      <w:r w:rsidR="00DE56B0" w:rsidRPr="00D36455">
        <w:t>Your Paper Title Here</w:t>
      </w:r>
    </w:p>
    <w:p w14:paraId="2D9AE541" w14:textId="045D5393" w:rsidR="00DA6BBF" w:rsidRDefault="00DA6BBF" w:rsidP="00521C8E">
      <w:r>
        <w:t xml:space="preserve">Your Name | Your Affiliation | </w:t>
      </w:r>
      <w:hyperlink r:id="rId12">
        <w:r w:rsidR="123F64CB" w:rsidRPr="6B087E57">
          <w:rPr>
            <w:rStyle w:val="Hyperlink"/>
          </w:rPr>
          <w:t>your@email.com</w:t>
        </w:r>
      </w:hyperlink>
      <w:r w:rsidR="123F64CB">
        <w:t xml:space="preserve"> </w:t>
      </w:r>
      <w:r w:rsidR="00D155F2">
        <w:t>| YOUR-ORCID-CODE</w:t>
      </w:r>
    </w:p>
    <w:p w14:paraId="601ADA40" w14:textId="2939E88B" w:rsidR="00521C8E" w:rsidRDefault="00521C8E" w:rsidP="00521C8E">
      <w:r w:rsidRPr="00521C8E">
        <w:t xml:space="preserve">Manuel Silva | Polytechnic University of Lisbon | </w:t>
      </w:r>
      <w:hyperlink r:id="rId13" w:history="1">
        <w:r w:rsidRPr="00DD3F53">
          <w:rPr>
            <w:rStyle w:val="Hyperlink"/>
          </w:rPr>
          <w:t>msilva@eg.ipl.pt</w:t>
        </w:r>
      </w:hyperlink>
      <w:r>
        <w:t xml:space="preserve"> | </w:t>
      </w:r>
      <w:r w:rsidR="00DA6BBF" w:rsidRPr="00DA6BBF">
        <w:t>000</w:t>
      </w:r>
      <w:r w:rsidR="00DA6BBF">
        <w:t>0</w:t>
      </w:r>
      <w:r w:rsidR="00DA6BBF" w:rsidRPr="00DA6BBF">
        <w:t>-000</w:t>
      </w:r>
      <w:r w:rsidR="00DA6BBF">
        <w:t>0</w:t>
      </w:r>
      <w:r w:rsidR="00DA6BBF" w:rsidRPr="00DA6BBF">
        <w:t>-</w:t>
      </w:r>
      <w:r w:rsidR="00DA6BBF">
        <w:t>0000</w:t>
      </w:r>
      <w:r w:rsidR="00DA6BBF" w:rsidRPr="00DA6BBF">
        <w:t>-</w:t>
      </w:r>
      <w:r w:rsidR="00DA6BBF">
        <w:t>0000</w:t>
      </w:r>
    </w:p>
    <w:p w14:paraId="4BAFF1B6" w14:textId="4B361A8F" w:rsidR="000709AA" w:rsidRPr="00047DDC" w:rsidRDefault="00521C8E" w:rsidP="000323D5">
      <w:r w:rsidRPr="00521C8E">
        <w:t xml:space="preserve">John Doe | Polytechnic University of Lisbon | </w:t>
      </w:r>
      <w:hyperlink r:id="rId14" w:history="1">
        <w:r w:rsidRPr="00DD3F53">
          <w:rPr>
            <w:rStyle w:val="Hyperlink"/>
          </w:rPr>
          <w:t>jdoe@eg.ipl.pt</w:t>
        </w:r>
      </w:hyperlink>
      <w:r>
        <w:t xml:space="preserve"> </w:t>
      </w:r>
      <w:r w:rsidR="00DA6BBF">
        <w:t xml:space="preserve">| </w:t>
      </w:r>
      <w:r w:rsidR="00DA6BBF" w:rsidRPr="00DA6BBF">
        <w:t>000</w:t>
      </w:r>
      <w:r w:rsidR="00DA6BBF">
        <w:t>0</w:t>
      </w:r>
      <w:r w:rsidR="00DA6BBF" w:rsidRPr="00DA6BBF">
        <w:t>-000</w:t>
      </w:r>
      <w:r w:rsidR="00DA6BBF">
        <w:t>0</w:t>
      </w:r>
      <w:r w:rsidR="00DA6BBF" w:rsidRPr="00DA6BBF">
        <w:t>-</w:t>
      </w:r>
      <w:r w:rsidR="00DA6BBF">
        <w:t>0000</w:t>
      </w:r>
      <w:r w:rsidR="00DA6BBF" w:rsidRPr="00DA6BBF">
        <w:t>-</w:t>
      </w:r>
      <w:r w:rsidR="00DA6BBF">
        <w:t>0000</w:t>
      </w:r>
    </w:p>
    <w:p w14:paraId="100DF20E" w14:textId="77777777" w:rsidR="000709AA" w:rsidRPr="00047DDC" w:rsidRDefault="000709AA" w:rsidP="000323D5"/>
    <w:p w14:paraId="72795697" w14:textId="37D8B7BF" w:rsidR="008F2FCF" w:rsidRPr="00047DDC" w:rsidRDefault="0036472A" w:rsidP="00D155F2">
      <w:pPr>
        <w:pStyle w:val="Heading1"/>
      </w:pPr>
      <w:r>
        <w:t>Abstract (150–250 words)</w:t>
      </w:r>
    </w:p>
    <w:p w14:paraId="2E1FD7DB" w14:textId="599C956C" w:rsidR="00DE56B0" w:rsidRDefault="0E07A070" w:rsidP="6B087E57">
      <w:pPr>
        <w:spacing w:before="0" w:beforeAutospacing="0" w:after="0" w:afterAutospacing="0"/>
        <w:rPr>
          <w:i/>
          <w:iCs/>
          <w:color w:val="1F1F1F"/>
        </w:rPr>
      </w:pPr>
      <w:r w:rsidRPr="6B087E57">
        <w:rPr>
          <w:b/>
          <w:bCs/>
          <w:i/>
          <w:iCs/>
          <w:color w:val="1F1F1F"/>
        </w:rPr>
        <w:t xml:space="preserve">Recommended structure: </w:t>
      </w:r>
      <w:r w:rsidRPr="6B087E57">
        <w:rPr>
          <w:i/>
          <w:iCs/>
          <w:color w:val="1F1F1F"/>
        </w:rPr>
        <w:t>background / context; objective / purpose; description of project, method, or initiative; key findings, outcomes, or expected contributions.</w:t>
      </w:r>
    </w:p>
    <w:p w14:paraId="5BE1F27C" w14:textId="02CFDD24" w:rsidR="00DE56B0" w:rsidRDefault="00DE56B0" w:rsidP="00F33847">
      <w:pPr>
        <w:rPr>
          <w:rFonts w:eastAsia="Times New Roman"/>
        </w:rPr>
      </w:pPr>
      <w:r>
        <w:t xml:space="preserve">Lorem ipsum dolor sit amet, consectetur adipiscing elit. </w:t>
      </w:r>
      <w:r w:rsidRPr="6B087E57">
        <w:rPr>
          <w:lang w:val="pt-PT"/>
        </w:rPr>
        <w:t xml:space="preserve">Nunc ultricies massa quis eros porta, non posuere enim porta. Suspendisse vehicula risus in ultricies facilisis. Aliquam arcu velit, hendrerit eu erat id, pellentesque varius ex. </w:t>
      </w:r>
      <w:r>
        <w:t xml:space="preserve">Ut maximus purus sit amet libero ullamcorper, at accumsan arcu tempus. Lorem ipsum dolor sit amet, consectetur adipiscing elit. Donec rutrum arcu a ligula malesuada congue. Vivamus laoreet suscipit odio, vitae placerat urna rhoncus tempus. </w:t>
      </w:r>
      <w:r w:rsidRPr="6B087E57">
        <w:rPr>
          <w:lang w:val="pt-PT"/>
        </w:rPr>
        <w:t>Quisque at libero nec mauris rhoncus efficitur a venenatis risus. Fusce enim magna, bibendum congue dolor quis, scelerisque gravida purus.</w:t>
      </w:r>
    </w:p>
    <w:p w14:paraId="06205AC3" w14:textId="77777777" w:rsidR="00DE56B0" w:rsidRPr="00DE56B0" w:rsidRDefault="00DE56B0" w:rsidP="00F33847">
      <w:pPr>
        <w:rPr>
          <w:lang w:val="pt-PT"/>
        </w:rPr>
      </w:pPr>
      <w:r w:rsidRPr="00DE56B0">
        <w:rPr>
          <w:lang w:val="pt-PT"/>
        </w:rPr>
        <w:t>Nunc elementum porta enim eget tempor. Nullam ultrices ultrices tortor, non iaculis magna euismod vitae. Proin elementum, risus a aliquam pulvinar, mauris lectus tincidunt eros, a faucibus nisl ex ac mi. Etiam venenatis volutpat magna sit amet fermentum. Quisque porta porttitor neque, a porttitor eros maximus id. Nam urna libero, congue ut nunc id, faucibus commodo nisi. Vivamus id orci nec ligula scelerisque dictum facilisis vitae lacus. Duis leo erat, vestibulum et lorem ut, iaculis.</w:t>
      </w:r>
    </w:p>
    <w:p w14:paraId="5D6A59A5" w14:textId="77777777" w:rsidR="008F2FCF" w:rsidRPr="00DE56B0" w:rsidRDefault="0036472A" w:rsidP="00DE56B0">
      <w:pPr>
        <w:pStyle w:val="Heading2"/>
      </w:pPr>
      <w:r w:rsidRPr="00DE56B0">
        <w:t>Keywords (3–5)</w:t>
      </w:r>
    </w:p>
    <w:p w14:paraId="53FDF7FD" w14:textId="0C805A7D" w:rsidR="008F2FCF" w:rsidRPr="00DE56B0" w:rsidRDefault="00DE56B0" w:rsidP="00F33847">
      <w:r>
        <w:t>First Keyword; Second Keyword; Third Keyword</w:t>
      </w:r>
    </w:p>
    <w:p w14:paraId="5313F00F" w14:textId="77777777" w:rsidR="007A7E0C" w:rsidRDefault="007A7E0C">
      <w:pPr>
        <w:spacing w:before="0" w:beforeAutospacing="0" w:after="200" w:afterAutospacing="0" w:line="276" w:lineRule="auto"/>
        <w:jc w:val="left"/>
      </w:pPr>
      <w:r>
        <w:br w:type="page"/>
      </w:r>
    </w:p>
    <w:p w14:paraId="7510A27F" w14:textId="6D438A0C" w:rsidR="001801EB" w:rsidRDefault="0036472A" w:rsidP="007A7E0C">
      <w:pPr>
        <w:pStyle w:val="Heading2"/>
      </w:pPr>
      <w:r w:rsidRPr="00047DDC">
        <w:lastRenderedPageBreak/>
        <w:t>1. Introduction</w:t>
      </w:r>
    </w:p>
    <w:p w14:paraId="30CBDAF6" w14:textId="5A86EC9B" w:rsidR="00F33847" w:rsidRPr="00F33847" w:rsidRDefault="00F33847" w:rsidP="00F33847">
      <w:r w:rsidRPr="00645F37">
        <w:rPr>
          <w:shd w:val="clear" w:color="auto" w:fill="FFFFFF"/>
        </w:rPr>
        <w:t xml:space="preserve">Quisque at libero nec mauris rhoncus efficitur a venenatis risus. </w:t>
      </w:r>
      <w:r w:rsidRPr="00F33847">
        <w:rPr>
          <w:shd w:val="clear" w:color="auto" w:fill="FFFFFF"/>
          <w:lang w:val="pt-PT"/>
        </w:rPr>
        <w:t xml:space="preserve">Fusce enim magna, bibendum congue dolor quis, scelerisque gravida purus. Sed eget condimentum nisl. Proin elementum malesuada augue et blandit. In ultricies, nunc sed sodales consequat, lectus enim euismod neque, ac bibendum sapien elit nec neque. </w:t>
      </w:r>
      <w:r>
        <w:rPr>
          <w:shd w:val="clear" w:color="auto" w:fill="FFFFFF"/>
        </w:rPr>
        <w:t>Praesent leo purus, aliquet at dui ut, efficitur aliquam arcu.</w:t>
      </w:r>
    </w:p>
    <w:p w14:paraId="10BC9D60" w14:textId="6B948337" w:rsidR="00B26EF5" w:rsidRDefault="00B26EF5" w:rsidP="00F33847">
      <w:pPr>
        <w:pStyle w:val="Heading3"/>
        <w:numPr>
          <w:ilvl w:val="1"/>
          <w:numId w:val="22"/>
        </w:numPr>
      </w:pPr>
      <w:r w:rsidRPr="007A7E0C">
        <w:t>Introduction</w:t>
      </w:r>
      <w:r w:rsidR="00063230" w:rsidRPr="007A7E0C">
        <w:t xml:space="preserve"> </w:t>
      </w:r>
      <w:r w:rsidR="00AA71D9" w:rsidRPr="007A7E0C">
        <w:t>section</w:t>
      </w:r>
    </w:p>
    <w:p w14:paraId="30208B80" w14:textId="7673C702" w:rsidR="00F33847" w:rsidRPr="00645F37" w:rsidRDefault="00F33847" w:rsidP="00F33847">
      <w:pPr>
        <w:rPr>
          <w:lang w:val="pt-PT"/>
        </w:rPr>
      </w:pPr>
      <w:r>
        <w:rPr>
          <w:shd w:val="clear" w:color="auto" w:fill="FFFFFF"/>
        </w:rPr>
        <w:t xml:space="preserve">Lorem ipsum dolor sit amet, consectetur adipiscing elit. </w:t>
      </w:r>
      <w:r w:rsidRPr="00F33847">
        <w:rPr>
          <w:shd w:val="clear" w:color="auto" w:fill="FFFFFF"/>
          <w:lang w:val="pt-PT"/>
        </w:rPr>
        <w:t xml:space="preserve">Nunc ultricies massa quis eros porta, non posuere enim porta. Suspendisse vehicula risus in ultricies facilisis. Aliquam arcu velit, hendrerit eu erat id, pellentesque varius ex. </w:t>
      </w:r>
    </w:p>
    <w:p w14:paraId="175B353F" w14:textId="25E94DD5" w:rsidR="00747920" w:rsidRDefault="00747920" w:rsidP="007A7E0C">
      <w:pPr>
        <w:pStyle w:val="Heading4"/>
      </w:pPr>
      <w:r w:rsidRPr="00047DDC">
        <w:t>1.1</w:t>
      </w:r>
      <w:r w:rsidR="0022325A" w:rsidRPr="00047DDC">
        <w:t>.1</w:t>
      </w:r>
      <w:r w:rsidRPr="00047DDC">
        <w:t xml:space="preserve"> Introduction</w:t>
      </w:r>
      <w:r w:rsidR="00597C68" w:rsidRPr="00047DDC">
        <w:t xml:space="preserve"> sub</w:t>
      </w:r>
      <w:r w:rsidR="00851A42" w:rsidRPr="00047DDC">
        <w:t>section</w:t>
      </w:r>
    </w:p>
    <w:p w14:paraId="60045EB9" w14:textId="28A7EC82" w:rsidR="00F33847" w:rsidRPr="00F815EF" w:rsidRDefault="00F815EF" w:rsidP="00F33847">
      <w:r w:rsidRPr="00F815EF">
        <w:rPr>
          <w:shd w:val="clear" w:color="auto" w:fill="FFFFFF"/>
        </w:rPr>
        <w:t>As we can see in Table 1</w:t>
      </w:r>
      <w:r>
        <w:rPr>
          <w:shd w:val="clear" w:color="auto" w:fill="FFFFFF"/>
        </w:rPr>
        <w:t>…</w:t>
      </w:r>
    </w:p>
    <w:p w14:paraId="146D3900" w14:textId="77777777" w:rsidR="00F33847" w:rsidRPr="00F815EF" w:rsidRDefault="00F33847" w:rsidP="009D197C">
      <w:pPr>
        <w:pStyle w:val="Caption"/>
      </w:pPr>
    </w:p>
    <w:p w14:paraId="495044DC" w14:textId="34F18600" w:rsidR="00F84071" w:rsidRPr="00047DDC" w:rsidRDefault="00E15FDD" w:rsidP="009D197C">
      <w:pPr>
        <w:pStyle w:val="Caption"/>
      </w:pPr>
      <w:r w:rsidRPr="00047DDC">
        <w:t xml:space="preserve">Table </w:t>
      </w:r>
      <w:fldSimple w:instr=" SEQ Table \* ARABIC ">
        <w:r w:rsidR="00875F62">
          <w:rPr>
            <w:noProof/>
          </w:rPr>
          <w:t>1</w:t>
        </w:r>
      </w:fldSimple>
      <w:r w:rsidRPr="00047DDC">
        <w:t xml:space="preserve"> </w:t>
      </w:r>
      <w:r w:rsidR="00FB594D" w:rsidRPr="00047DDC">
        <w:t>–</w:t>
      </w:r>
      <w:r w:rsidRPr="00047DDC">
        <w:t xml:space="preserve"> Example</w:t>
      </w:r>
      <w:r w:rsidR="00FB594D" w:rsidRPr="00047DDC">
        <w:t xml:space="preserve"> for table </w:t>
      </w:r>
      <w:r w:rsidR="00D36455">
        <w:t>title</w:t>
      </w:r>
    </w:p>
    <w:tbl>
      <w:tblPr>
        <w:tblStyle w:val="TableGrid"/>
        <w:tblW w:w="0" w:type="auto"/>
        <w:tblInd w:w="1980" w:type="dxa"/>
        <w:tblLook w:val="04A0" w:firstRow="1" w:lastRow="0" w:firstColumn="1" w:lastColumn="0" w:noHBand="0" w:noVBand="1"/>
      </w:tblPr>
      <w:tblGrid>
        <w:gridCol w:w="2717"/>
        <w:gridCol w:w="2528"/>
      </w:tblGrid>
      <w:tr w:rsidR="00F84071" w:rsidRPr="00047DDC" w14:paraId="0426E6D7" w14:textId="77777777" w:rsidTr="00FB594D">
        <w:tc>
          <w:tcPr>
            <w:tcW w:w="2717" w:type="dxa"/>
          </w:tcPr>
          <w:p w14:paraId="6680EAC5" w14:textId="2DCC5978" w:rsidR="00F84071" w:rsidRPr="00047DDC" w:rsidRDefault="00E15FDD" w:rsidP="000323D5">
            <w:r w:rsidRPr="00047DDC">
              <w:t>XPTO</w:t>
            </w:r>
            <w:r w:rsidR="00FB594D" w:rsidRPr="00047DDC">
              <w:t>1</w:t>
            </w:r>
          </w:p>
        </w:tc>
        <w:tc>
          <w:tcPr>
            <w:tcW w:w="2528" w:type="dxa"/>
          </w:tcPr>
          <w:p w14:paraId="7ABB7290" w14:textId="1391093E" w:rsidR="00F84071" w:rsidRPr="00047DDC" w:rsidRDefault="00E15FDD" w:rsidP="000323D5">
            <w:r w:rsidRPr="00047DDC">
              <w:t>XPTO</w:t>
            </w:r>
            <w:r w:rsidR="00FB594D" w:rsidRPr="00047DDC">
              <w:t>2</w:t>
            </w:r>
          </w:p>
        </w:tc>
      </w:tr>
      <w:tr w:rsidR="00F84071" w:rsidRPr="00047DDC" w14:paraId="34A6BDFF" w14:textId="77777777" w:rsidTr="00FB594D">
        <w:tc>
          <w:tcPr>
            <w:tcW w:w="2717" w:type="dxa"/>
          </w:tcPr>
          <w:p w14:paraId="63728891" w14:textId="3DD8AE50" w:rsidR="00F84071" w:rsidRPr="00047DDC" w:rsidRDefault="0050318A" w:rsidP="000323D5">
            <w:r w:rsidRPr="00047DDC">
              <w:t>1</w:t>
            </w:r>
          </w:p>
        </w:tc>
        <w:tc>
          <w:tcPr>
            <w:tcW w:w="2528" w:type="dxa"/>
          </w:tcPr>
          <w:p w14:paraId="3BEE00F0" w14:textId="3CA40842" w:rsidR="00F84071" w:rsidRPr="00047DDC" w:rsidRDefault="0050318A" w:rsidP="000323D5">
            <w:r w:rsidRPr="00047DDC">
              <w:t>2</w:t>
            </w:r>
          </w:p>
        </w:tc>
      </w:tr>
    </w:tbl>
    <w:p w14:paraId="22701A9F" w14:textId="77777777" w:rsidR="002204A2" w:rsidRPr="00047DDC" w:rsidRDefault="002204A2" w:rsidP="000323D5"/>
    <w:p w14:paraId="17E31C17" w14:textId="7BA11EFE" w:rsidR="002204A2" w:rsidRPr="00047DDC" w:rsidRDefault="00DB1099" w:rsidP="009D197C">
      <w:pPr>
        <w:jc w:val="center"/>
      </w:pPr>
      <w:r w:rsidRPr="00047DDC">
        <w:rPr>
          <w:noProof/>
        </w:rPr>
        <w:drawing>
          <wp:inline distT="0" distB="0" distL="0" distR="0" wp14:anchorId="6F2EF7F9" wp14:editId="38380DDA">
            <wp:extent cx="2282663" cy="1521695"/>
            <wp:effectExtent l="0" t="0" r="3810" b="2540"/>
            <wp:docPr id="1019347667" name="Picture 1" descr="Close up of pages of an open book in a bright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47667" name="Picture 1019347667" descr="Close up of pages of an open book in a bright studio"/>
                    <pic:cNvPicPr/>
                  </pic:nvPicPr>
                  <pic:blipFill>
                    <a:blip r:embed="rId15">
                      <a:extLst>
                        <a:ext uri="{28A0092B-C50C-407E-A947-70E740481C1C}">
                          <a14:useLocalDpi xmlns:a14="http://schemas.microsoft.com/office/drawing/2010/main"/>
                        </a:ext>
                      </a:extLst>
                    </a:blip>
                    <a:stretch>
                      <a:fillRect/>
                    </a:stretch>
                  </pic:blipFill>
                  <pic:spPr>
                    <a:xfrm>
                      <a:off x="0" y="0"/>
                      <a:ext cx="2305238" cy="1536744"/>
                    </a:xfrm>
                    <a:prstGeom prst="rect">
                      <a:avLst/>
                    </a:prstGeom>
                  </pic:spPr>
                </pic:pic>
              </a:graphicData>
            </a:graphic>
          </wp:inline>
        </w:drawing>
      </w:r>
    </w:p>
    <w:p w14:paraId="6CE902CD" w14:textId="4EE5FCD4" w:rsidR="00DB1099" w:rsidRPr="00047DDC" w:rsidRDefault="00815A89" w:rsidP="009D197C">
      <w:pPr>
        <w:pStyle w:val="Caption"/>
      </w:pPr>
      <w:r w:rsidRPr="00047DDC">
        <w:t xml:space="preserve">Figure </w:t>
      </w:r>
      <w:fldSimple w:instr=" SEQ Figure \* ARABIC ">
        <w:r w:rsidR="00875F62">
          <w:rPr>
            <w:noProof/>
          </w:rPr>
          <w:t>1</w:t>
        </w:r>
      </w:fldSimple>
      <w:r w:rsidR="00724EC1" w:rsidRPr="00047DDC">
        <w:t xml:space="preserve"> </w:t>
      </w:r>
      <w:r w:rsidR="00996293" w:rsidRPr="00047DDC">
        <w:t>–</w:t>
      </w:r>
      <w:r w:rsidR="00724EC1" w:rsidRPr="00047DDC">
        <w:t xml:space="preserve"> Example</w:t>
      </w:r>
      <w:r w:rsidR="00996293" w:rsidRPr="00047DDC">
        <w:t xml:space="preserve"> for figure </w:t>
      </w:r>
      <w:r w:rsidR="00FE78C0" w:rsidRPr="00047DDC">
        <w:t>caption</w:t>
      </w:r>
    </w:p>
    <w:p w14:paraId="325AA0AB" w14:textId="77777777" w:rsidR="008F2FCF" w:rsidRPr="00645F37" w:rsidRDefault="0036472A" w:rsidP="007861E6">
      <w:pPr>
        <w:pStyle w:val="Heading1"/>
        <w:rPr>
          <w:lang w:val="en-US"/>
        </w:rPr>
      </w:pPr>
      <w:r w:rsidRPr="00645F37">
        <w:rPr>
          <w:lang w:val="en-US"/>
        </w:rPr>
        <w:lastRenderedPageBreak/>
        <w:t>2. Materials and Methods</w:t>
      </w:r>
    </w:p>
    <w:p w14:paraId="59D299E2" w14:textId="77777777" w:rsidR="008F2FCF" w:rsidRPr="00047DDC" w:rsidRDefault="0036472A" w:rsidP="00763C67">
      <w:r w:rsidRPr="00047DDC">
        <w:t>Click here to enter text.</w:t>
      </w:r>
    </w:p>
    <w:p w14:paraId="7F66642A" w14:textId="77777777" w:rsidR="008F2FCF" w:rsidRPr="00645F37" w:rsidRDefault="0036472A" w:rsidP="007861E6">
      <w:pPr>
        <w:pStyle w:val="Heading1"/>
        <w:rPr>
          <w:lang w:val="en-US"/>
        </w:rPr>
      </w:pPr>
      <w:r w:rsidRPr="00645F37">
        <w:rPr>
          <w:lang w:val="en-US"/>
        </w:rPr>
        <w:t>3. Results</w:t>
      </w:r>
    </w:p>
    <w:p w14:paraId="161DA322" w14:textId="77777777" w:rsidR="008F2FCF" w:rsidRPr="00047DDC" w:rsidRDefault="0036472A" w:rsidP="000323D5">
      <w:r w:rsidRPr="00047DDC">
        <w:t>Click here to enter text.</w:t>
      </w:r>
    </w:p>
    <w:p w14:paraId="0A081D35" w14:textId="77777777" w:rsidR="008F2FCF" w:rsidRPr="00645F37" w:rsidRDefault="0036472A" w:rsidP="007861E6">
      <w:pPr>
        <w:pStyle w:val="Heading1"/>
        <w:rPr>
          <w:lang w:val="en-US"/>
        </w:rPr>
      </w:pPr>
      <w:r w:rsidRPr="00645F37">
        <w:rPr>
          <w:lang w:val="en-US"/>
        </w:rPr>
        <w:t>4. Discussion</w:t>
      </w:r>
    </w:p>
    <w:p w14:paraId="74552329" w14:textId="77777777" w:rsidR="008F2FCF" w:rsidRPr="00047DDC" w:rsidRDefault="0036472A" w:rsidP="000323D5">
      <w:r w:rsidRPr="00047DDC">
        <w:t>Click here to enter text.</w:t>
      </w:r>
    </w:p>
    <w:p w14:paraId="0132E2D8" w14:textId="77777777" w:rsidR="008F2FCF" w:rsidRPr="00645F37" w:rsidRDefault="0036472A" w:rsidP="007861E6">
      <w:pPr>
        <w:pStyle w:val="Heading1"/>
        <w:rPr>
          <w:lang w:val="en-US"/>
        </w:rPr>
      </w:pPr>
      <w:r w:rsidRPr="00645F37">
        <w:rPr>
          <w:lang w:val="en-US"/>
        </w:rPr>
        <w:t>5. Conclusions</w:t>
      </w:r>
    </w:p>
    <w:p w14:paraId="18353131" w14:textId="77777777" w:rsidR="008F2FCF" w:rsidRPr="00047DDC" w:rsidRDefault="0036472A" w:rsidP="00763C67">
      <w:r w:rsidRPr="00047DDC">
        <w:t>Click here to enter text.</w:t>
      </w:r>
    </w:p>
    <w:p w14:paraId="3CE3F4FD" w14:textId="77777777" w:rsidR="00D36455" w:rsidRPr="00645F37" w:rsidRDefault="00D36455">
      <w:pPr>
        <w:spacing w:before="0" w:beforeAutospacing="0" w:after="200" w:afterAutospacing="0" w:line="276" w:lineRule="auto"/>
        <w:jc w:val="left"/>
        <w:rPr>
          <w:b/>
          <w:bCs/>
          <w:color w:val="75BD97"/>
          <w:sz w:val="32"/>
          <w:szCs w:val="28"/>
        </w:rPr>
      </w:pPr>
      <w:r>
        <w:br w:type="page"/>
      </w:r>
    </w:p>
    <w:p w14:paraId="6CC748B2" w14:textId="505A8D1A" w:rsidR="008F2FCF" w:rsidRPr="00645F37" w:rsidRDefault="0036472A" w:rsidP="007861E6">
      <w:pPr>
        <w:pStyle w:val="Heading1"/>
        <w:rPr>
          <w:lang w:val="en-US"/>
        </w:rPr>
      </w:pPr>
      <w:r w:rsidRPr="00645F37">
        <w:rPr>
          <w:lang w:val="en-US"/>
        </w:rPr>
        <w:lastRenderedPageBreak/>
        <w:t>References (APA 7th Edition)</w:t>
      </w:r>
    </w:p>
    <w:p w14:paraId="7AF29340" w14:textId="5EA2625E" w:rsidR="00047DDC" w:rsidRPr="002C677A" w:rsidRDefault="00362AA7" w:rsidP="00763C67">
      <w:pPr>
        <w:pStyle w:val="References"/>
        <w:spacing w:line="280" w:lineRule="exact"/>
        <w:ind w:left="432" w:hanging="432"/>
      </w:pPr>
      <w:r w:rsidRPr="00362AA7">
        <w:t>Centeno, M. J. (2009). </w:t>
      </w:r>
      <w:r w:rsidRPr="002C677A">
        <w:rPr>
          <w:lang w:val="pt-PT"/>
        </w:rPr>
        <w:t>O conceito de comunicação na obra de Bateson: Interacção e regulação. </w:t>
      </w:r>
      <w:hyperlink r:id="rId16" w:tgtFrame="_blank" w:history="1">
        <w:r w:rsidRPr="00362AA7">
          <w:rPr>
            <w:rStyle w:val="Hyperlink"/>
          </w:rPr>
          <w:t>http://www.labcom-ifp.ubi.pt/ficheiros/20110819-centeno_maria_joao_conceito_de_comunicacao.pdf</w:t>
        </w:r>
      </w:hyperlink>
      <w:r w:rsidRPr="002C677A">
        <w:t xml:space="preserve"> </w:t>
      </w:r>
    </w:p>
    <w:p w14:paraId="0FA012A4" w14:textId="77777777" w:rsidR="00D36455" w:rsidRPr="002C677A" w:rsidRDefault="00D36455" w:rsidP="00763C67">
      <w:pPr>
        <w:pStyle w:val="References"/>
        <w:spacing w:line="280" w:lineRule="exact"/>
        <w:ind w:left="432" w:hanging="432"/>
      </w:pPr>
    </w:p>
    <w:p w14:paraId="48FB893C" w14:textId="77777777" w:rsidR="00D36455" w:rsidRPr="00047DDC" w:rsidRDefault="00D36455" w:rsidP="00D36455">
      <w:pPr>
        <w:pStyle w:val="Heading2"/>
      </w:pPr>
      <w:r w:rsidRPr="00047DDC">
        <w:t>Acknowledgements</w:t>
      </w:r>
    </w:p>
    <w:p w14:paraId="74CC9ECE" w14:textId="77777777" w:rsidR="00D36455" w:rsidRPr="00047DDC" w:rsidRDefault="00D36455" w:rsidP="00D36455">
      <w:r w:rsidRPr="00047DDC">
        <w:t>Click here to enter text.</w:t>
      </w:r>
    </w:p>
    <w:p w14:paraId="68F54722" w14:textId="77777777" w:rsidR="00D36455" w:rsidRPr="00047DDC" w:rsidRDefault="00D36455" w:rsidP="00D36455">
      <w:pPr>
        <w:pStyle w:val="Heading2"/>
      </w:pPr>
      <w:r w:rsidRPr="00047DDC">
        <w:t>Funding (optional)</w:t>
      </w:r>
    </w:p>
    <w:p w14:paraId="24B6DEC3" w14:textId="77777777" w:rsidR="00D36455" w:rsidRPr="00047DDC" w:rsidRDefault="00D36455" w:rsidP="00D36455">
      <w:r w:rsidRPr="00047DDC">
        <w:t>Click here to enter text.</w:t>
      </w:r>
    </w:p>
    <w:p w14:paraId="168C988A" w14:textId="77777777" w:rsidR="00D36455" w:rsidRPr="00047DDC" w:rsidRDefault="00D36455" w:rsidP="00D36455">
      <w:pPr>
        <w:pStyle w:val="Heading2"/>
      </w:pPr>
      <w:r w:rsidRPr="00047DDC">
        <w:t>Conflict of Interest (optional)</w:t>
      </w:r>
    </w:p>
    <w:p w14:paraId="5E38ED7C" w14:textId="367E1CA7" w:rsidR="00D36455" w:rsidRPr="00362AA7" w:rsidRDefault="00D36455" w:rsidP="00D36455">
      <w:r w:rsidRPr="00047DDC">
        <w:t>Click here to enter text.</w:t>
      </w:r>
    </w:p>
    <w:p w14:paraId="21AA9830" w14:textId="77777777" w:rsidR="00362AA7" w:rsidRPr="00362AA7" w:rsidRDefault="00362AA7"/>
    <w:sectPr w:rsidR="00362AA7" w:rsidRPr="00362AA7" w:rsidSect="00BE41EC">
      <w:headerReference w:type="default" r:id="rId17"/>
      <w:footerReference w:type="even" r:id="rId18"/>
      <w:footerReference w:type="default" r:id="rId19"/>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C99EC" w14:textId="77777777" w:rsidR="00926E1C" w:rsidRDefault="00926E1C" w:rsidP="000323D5">
      <w:r>
        <w:separator/>
      </w:r>
    </w:p>
  </w:endnote>
  <w:endnote w:type="continuationSeparator" w:id="0">
    <w:p w14:paraId="0E94143B" w14:textId="77777777" w:rsidR="00926E1C" w:rsidRDefault="00926E1C" w:rsidP="0003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ontserrat SemiBold">
    <w:panose1 w:val="00000700000000000000"/>
    <w:charset w:val="4D"/>
    <w:family w:val="auto"/>
    <w:notTrueType/>
    <w:pitch w:val="variable"/>
    <w:sig w:usb0="2000020F" w:usb1="00000003" w:usb2="00000000" w:usb3="00000000" w:csb0="00000197" w:csb1="00000000"/>
  </w:font>
  <w:font w:name="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20221332"/>
      <w:docPartObj>
        <w:docPartGallery w:val="Page Numbers (Bottom of Page)"/>
        <w:docPartUnique/>
      </w:docPartObj>
    </w:sdtPr>
    <w:sdtContent>
      <w:p w14:paraId="5E21427C" w14:textId="5762347E" w:rsidR="00854AEC" w:rsidRDefault="00854AEC" w:rsidP="00DD3F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1A8F950" w14:textId="77777777" w:rsidR="00854AEC" w:rsidRDefault="00854AEC" w:rsidP="00854A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6D719" w14:textId="26D47332" w:rsidR="009F42AA" w:rsidRPr="00854AEC" w:rsidRDefault="00854AEC" w:rsidP="00854AEC">
    <w:pPr>
      <w:ind w:right="360"/>
      <w:rPr>
        <w:rFonts w:ascii="Montserrat" w:hAnsi="Montserrat"/>
        <w:color w:val="4E5A72"/>
        <w:sz w:val="18"/>
        <w:szCs w:val="18"/>
      </w:rPr>
    </w:pPr>
    <w:r>
      <w:rPr>
        <w:rFonts w:ascii="Montserrat" w:hAnsi="Montserrat"/>
        <w:color w:val="4E5A72"/>
        <w:sz w:val="18"/>
        <w:szCs w:val="18"/>
      </w:rPr>
      <w:br/>
    </w:r>
    <w:r w:rsidR="009F42AA" w:rsidRPr="00854AEC">
      <w:rPr>
        <w:rFonts w:ascii="Montserrat" w:hAnsi="Montserrat"/>
        <w:color w:val="4E5A72"/>
        <w:sz w:val="18"/>
        <w:szCs w:val="18"/>
      </w:rPr>
      <w:t xml:space="preserve">ISBN: xxx-x-xxxx-xxxx-x    DOI: xx.xxxx/xxxxx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02546E" w14:textId="77777777" w:rsidR="00926E1C" w:rsidRDefault="00926E1C" w:rsidP="000323D5">
      <w:r>
        <w:separator/>
      </w:r>
    </w:p>
  </w:footnote>
  <w:footnote w:type="continuationSeparator" w:id="0">
    <w:p w14:paraId="0376AF1D" w14:textId="77777777" w:rsidR="00926E1C" w:rsidRDefault="00926E1C" w:rsidP="00032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8137A" w14:textId="47E2B35B" w:rsidR="009F42AA" w:rsidRPr="00854AEC" w:rsidRDefault="6B087E57" w:rsidP="6B087E57">
    <w:pPr>
      <w:jc w:val="left"/>
      <w:rPr>
        <w:rFonts w:ascii="Montserrat SemiBold" w:hAnsi="Montserrat SemiBold"/>
        <w:b/>
        <w:bCs/>
        <w:color w:val="D9D9D9" w:themeColor="background1" w:themeShade="D9"/>
        <w:sz w:val="18"/>
        <w:szCs w:val="18"/>
      </w:rPr>
    </w:pPr>
    <w:r w:rsidRPr="6B087E57">
      <w:rPr>
        <w:rFonts w:ascii="Montserrat SemiBold" w:hAnsi="Montserrat SemiBold"/>
        <w:b/>
        <w:bCs/>
        <w:color w:val="D9D9D9" w:themeColor="background1" w:themeShade="D9"/>
        <w:sz w:val="18"/>
        <w:szCs w:val="18"/>
      </w:rPr>
      <w:t>From Ideas to Actions: Building Urban Solutions</w:t>
    </w:r>
    <w:r w:rsidR="00854AEC">
      <w:br/>
    </w:r>
    <w:r w:rsidRPr="6B087E57">
      <w:rPr>
        <w:rFonts w:ascii="Montserrat SemiBold" w:hAnsi="Montserrat SemiBold"/>
        <w:b/>
        <w:bCs/>
        <w:color w:val="D9D9D9" w:themeColor="background1" w:themeShade="D9"/>
        <w:sz w:val="18"/>
        <w:szCs w:val="18"/>
      </w:rPr>
      <w:t>U!REKA Connects 2026 Conference 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EC0D7E"/>
    <w:multiLevelType w:val="hybridMultilevel"/>
    <w:tmpl w:val="99E69B2E"/>
    <w:lvl w:ilvl="0" w:tplc="C4A0A2E6">
      <w:start w:val="1"/>
      <w:numFmt w:val="decimal"/>
      <w:lvlText w:val="%1."/>
      <w:lvlJc w:val="left"/>
      <w:pPr>
        <w:ind w:left="720" w:hanging="360"/>
      </w:pPr>
    </w:lvl>
    <w:lvl w:ilvl="1" w:tplc="EFDC7A8E">
      <w:start w:val="1"/>
      <w:numFmt w:val="lowerLetter"/>
      <w:lvlText w:val="%2."/>
      <w:lvlJc w:val="left"/>
      <w:pPr>
        <w:ind w:left="1440" w:hanging="360"/>
      </w:pPr>
    </w:lvl>
    <w:lvl w:ilvl="2" w:tplc="3D44BB24">
      <w:start w:val="1"/>
      <w:numFmt w:val="lowerRoman"/>
      <w:lvlText w:val="%3."/>
      <w:lvlJc w:val="right"/>
      <w:pPr>
        <w:ind w:left="2160" w:hanging="180"/>
      </w:pPr>
    </w:lvl>
    <w:lvl w:ilvl="3" w:tplc="F006B3E6">
      <w:start w:val="1"/>
      <w:numFmt w:val="decimal"/>
      <w:lvlText w:val="%4."/>
      <w:lvlJc w:val="left"/>
      <w:pPr>
        <w:ind w:left="2880" w:hanging="360"/>
      </w:pPr>
    </w:lvl>
    <w:lvl w:ilvl="4" w:tplc="246CCD8A">
      <w:start w:val="1"/>
      <w:numFmt w:val="lowerLetter"/>
      <w:lvlText w:val="%5."/>
      <w:lvlJc w:val="left"/>
      <w:pPr>
        <w:ind w:left="3600" w:hanging="360"/>
      </w:pPr>
    </w:lvl>
    <w:lvl w:ilvl="5" w:tplc="DA3E3110">
      <w:start w:val="1"/>
      <w:numFmt w:val="lowerRoman"/>
      <w:lvlText w:val="%6."/>
      <w:lvlJc w:val="right"/>
      <w:pPr>
        <w:ind w:left="4320" w:hanging="180"/>
      </w:pPr>
    </w:lvl>
    <w:lvl w:ilvl="6" w:tplc="AB764F5A">
      <w:start w:val="1"/>
      <w:numFmt w:val="decimal"/>
      <w:lvlText w:val="%7."/>
      <w:lvlJc w:val="left"/>
      <w:pPr>
        <w:ind w:left="5040" w:hanging="360"/>
      </w:pPr>
    </w:lvl>
    <w:lvl w:ilvl="7" w:tplc="83A25BE6">
      <w:start w:val="1"/>
      <w:numFmt w:val="lowerLetter"/>
      <w:lvlText w:val="%8."/>
      <w:lvlJc w:val="left"/>
      <w:pPr>
        <w:ind w:left="5760" w:hanging="360"/>
      </w:pPr>
    </w:lvl>
    <w:lvl w:ilvl="8" w:tplc="EFEA9836">
      <w:start w:val="1"/>
      <w:numFmt w:val="lowerRoman"/>
      <w:lvlText w:val="%9."/>
      <w:lvlJc w:val="right"/>
      <w:pPr>
        <w:ind w:left="6480" w:hanging="180"/>
      </w:pPr>
    </w:lvl>
  </w:abstractNum>
  <w:abstractNum w:abstractNumId="10" w15:restartNumberingAfterBreak="0">
    <w:nsid w:val="02D87DF7"/>
    <w:multiLevelType w:val="hybridMultilevel"/>
    <w:tmpl w:val="5220101A"/>
    <w:lvl w:ilvl="0" w:tplc="217870F6">
      <w:start w:val="1"/>
      <w:numFmt w:val="decimal"/>
      <w:lvlText w:val="%1."/>
      <w:lvlJc w:val="left"/>
      <w:pPr>
        <w:ind w:left="360" w:hanging="360"/>
      </w:pPr>
    </w:lvl>
    <w:lvl w:ilvl="1" w:tplc="0108E958">
      <w:start w:val="1"/>
      <w:numFmt w:val="lowerLetter"/>
      <w:lvlText w:val="%2."/>
      <w:lvlJc w:val="left"/>
      <w:pPr>
        <w:ind w:left="1080" w:hanging="360"/>
      </w:pPr>
    </w:lvl>
    <w:lvl w:ilvl="2" w:tplc="6908C380">
      <w:start w:val="1"/>
      <w:numFmt w:val="lowerRoman"/>
      <w:lvlText w:val="%3."/>
      <w:lvlJc w:val="right"/>
      <w:pPr>
        <w:ind w:left="1800" w:hanging="180"/>
      </w:pPr>
    </w:lvl>
    <w:lvl w:ilvl="3" w:tplc="814EF5AC">
      <w:start w:val="1"/>
      <w:numFmt w:val="decimal"/>
      <w:lvlText w:val="%4."/>
      <w:lvlJc w:val="left"/>
      <w:pPr>
        <w:ind w:left="2520" w:hanging="360"/>
      </w:pPr>
    </w:lvl>
    <w:lvl w:ilvl="4" w:tplc="5F98A74E">
      <w:start w:val="1"/>
      <w:numFmt w:val="lowerLetter"/>
      <w:lvlText w:val="%5."/>
      <w:lvlJc w:val="left"/>
      <w:pPr>
        <w:ind w:left="3240" w:hanging="360"/>
      </w:pPr>
    </w:lvl>
    <w:lvl w:ilvl="5" w:tplc="DE1EB4D8">
      <w:start w:val="1"/>
      <w:numFmt w:val="lowerRoman"/>
      <w:lvlText w:val="%6."/>
      <w:lvlJc w:val="right"/>
      <w:pPr>
        <w:ind w:left="3960" w:hanging="180"/>
      </w:pPr>
    </w:lvl>
    <w:lvl w:ilvl="6" w:tplc="7138DD5E">
      <w:start w:val="1"/>
      <w:numFmt w:val="decimal"/>
      <w:lvlText w:val="%7."/>
      <w:lvlJc w:val="left"/>
      <w:pPr>
        <w:ind w:left="4680" w:hanging="360"/>
      </w:pPr>
    </w:lvl>
    <w:lvl w:ilvl="7" w:tplc="E9F2A640">
      <w:start w:val="1"/>
      <w:numFmt w:val="lowerLetter"/>
      <w:lvlText w:val="%8."/>
      <w:lvlJc w:val="left"/>
      <w:pPr>
        <w:ind w:left="5400" w:hanging="360"/>
      </w:pPr>
    </w:lvl>
    <w:lvl w:ilvl="8" w:tplc="6C56BA04">
      <w:start w:val="1"/>
      <w:numFmt w:val="lowerRoman"/>
      <w:lvlText w:val="%9."/>
      <w:lvlJc w:val="right"/>
      <w:pPr>
        <w:ind w:left="6120" w:hanging="180"/>
      </w:pPr>
    </w:lvl>
  </w:abstractNum>
  <w:abstractNum w:abstractNumId="11" w15:restartNumberingAfterBreak="0">
    <w:nsid w:val="06D47599"/>
    <w:multiLevelType w:val="multilevel"/>
    <w:tmpl w:val="7242F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97426AB"/>
    <w:multiLevelType w:val="multilevel"/>
    <w:tmpl w:val="62F27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2C7E53"/>
    <w:multiLevelType w:val="multilevel"/>
    <w:tmpl w:val="311C80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D5F7DC3"/>
    <w:multiLevelType w:val="hybridMultilevel"/>
    <w:tmpl w:val="D76AB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830B13"/>
    <w:multiLevelType w:val="hybridMultilevel"/>
    <w:tmpl w:val="79FE98B4"/>
    <w:lvl w:ilvl="0" w:tplc="A8D47856">
      <w:start w:val="1"/>
      <w:numFmt w:val="decimal"/>
      <w:lvlText w:val="%1."/>
      <w:lvlJc w:val="left"/>
      <w:pPr>
        <w:ind w:left="720" w:hanging="360"/>
      </w:pPr>
    </w:lvl>
    <w:lvl w:ilvl="1" w:tplc="E91EC55A">
      <w:start w:val="1"/>
      <w:numFmt w:val="lowerLetter"/>
      <w:lvlText w:val="%2."/>
      <w:lvlJc w:val="left"/>
      <w:pPr>
        <w:ind w:left="1440" w:hanging="360"/>
      </w:pPr>
    </w:lvl>
    <w:lvl w:ilvl="2" w:tplc="A8DA3AD6">
      <w:start w:val="1"/>
      <w:numFmt w:val="lowerRoman"/>
      <w:lvlText w:val="%3."/>
      <w:lvlJc w:val="right"/>
      <w:pPr>
        <w:ind w:left="2160" w:hanging="180"/>
      </w:pPr>
    </w:lvl>
    <w:lvl w:ilvl="3" w:tplc="959C257E">
      <w:start w:val="1"/>
      <w:numFmt w:val="decimal"/>
      <w:lvlText w:val="%4."/>
      <w:lvlJc w:val="left"/>
      <w:pPr>
        <w:ind w:left="2880" w:hanging="360"/>
      </w:pPr>
    </w:lvl>
    <w:lvl w:ilvl="4" w:tplc="C4BE572E">
      <w:start w:val="1"/>
      <w:numFmt w:val="lowerLetter"/>
      <w:lvlText w:val="%5."/>
      <w:lvlJc w:val="left"/>
      <w:pPr>
        <w:ind w:left="3600" w:hanging="360"/>
      </w:pPr>
    </w:lvl>
    <w:lvl w:ilvl="5" w:tplc="FEB0372E">
      <w:start w:val="1"/>
      <w:numFmt w:val="lowerRoman"/>
      <w:lvlText w:val="%6."/>
      <w:lvlJc w:val="right"/>
      <w:pPr>
        <w:ind w:left="4320" w:hanging="180"/>
      </w:pPr>
    </w:lvl>
    <w:lvl w:ilvl="6" w:tplc="3A80BF90">
      <w:start w:val="1"/>
      <w:numFmt w:val="decimal"/>
      <w:lvlText w:val="%7."/>
      <w:lvlJc w:val="left"/>
      <w:pPr>
        <w:ind w:left="5040" w:hanging="360"/>
      </w:pPr>
    </w:lvl>
    <w:lvl w:ilvl="7" w:tplc="9C74B126">
      <w:start w:val="1"/>
      <w:numFmt w:val="lowerLetter"/>
      <w:lvlText w:val="%8."/>
      <w:lvlJc w:val="left"/>
      <w:pPr>
        <w:ind w:left="5760" w:hanging="360"/>
      </w:pPr>
    </w:lvl>
    <w:lvl w:ilvl="8" w:tplc="88A25676">
      <w:start w:val="1"/>
      <w:numFmt w:val="lowerRoman"/>
      <w:lvlText w:val="%9."/>
      <w:lvlJc w:val="right"/>
      <w:pPr>
        <w:ind w:left="6480" w:hanging="180"/>
      </w:pPr>
    </w:lvl>
  </w:abstractNum>
  <w:abstractNum w:abstractNumId="16" w15:restartNumberingAfterBreak="0">
    <w:nsid w:val="32245973"/>
    <w:multiLevelType w:val="hybridMultilevel"/>
    <w:tmpl w:val="A21ED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D2C24"/>
    <w:multiLevelType w:val="hybridMultilevel"/>
    <w:tmpl w:val="65B4104A"/>
    <w:lvl w:ilvl="0" w:tplc="2CB2FB26">
      <w:start w:val="1"/>
      <w:numFmt w:val="bullet"/>
      <w:lvlText w:val=""/>
      <w:lvlJc w:val="left"/>
      <w:pPr>
        <w:ind w:left="720" w:hanging="360"/>
      </w:pPr>
      <w:rPr>
        <w:rFonts w:ascii="Symbol" w:hAnsi="Symbol" w:hint="default"/>
      </w:rPr>
    </w:lvl>
    <w:lvl w:ilvl="1" w:tplc="80362A00">
      <w:start w:val="1"/>
      <w:numFmt w:val="bullet"/>
      <w:lvlText w:val="o"/>
      <w:lvlJc w:val="left"/>
      <w:pPr>
        <w:ind w:left="1440" w:hanging="360"/>
      </w:pPr>
      <w:rPr>
        <w:rFonts w:ascii="Symbol" w:hAnsi="Symbol" w:hint="default"/>
      </w:rPr>
    </w:lvl>
    <w:lvl w:ilvl="2" w:tplc="C296AF5A">
      <w:start w:val="1"/>
      <w:numFmt w:val="bullet"/>
      <w:lvlText w:val=""/>
      <w:lvlJc w:val="left"/>
      <w:pPr>
        <w:ind w:left="2160" w:hanging="360"/>
      </w:pPr>
      <w:rPr>
        <w:rFonts w:ascii="Wingdings" w:hAnsi="Wingdings" w:hint="default"/>
      </w:rPr>
    </w:lvl>
    <w:lvl w:ilvl="3" w:tplc="87EC0190">
      <w:start w:val="1"/>
      <w:numFmt w:val="bullet"/>
      <w:lvlText w:val=""/>
      <w:lvlJc w:val="left"/>
      <w:pPr>
        <w:ind w:left="2880" w:hanging="360"/>
      </w:pPr>
      <w:rPr>
        <w:rFonts w:ascii="Symbol" w:hAnsi="Symbol" w:hint="default"/>
      </w:rPr>
    </w:lvl>
    <w:lvl w:ilvl="4" w:tplc="363035B0">
      <w:start w:val="1"/>
      <w:numFmt w:val="bullet"/>
      <w:lvlText w:val="o"/>
      <w:lvlJc w:val="left"/>
      <w:pPr>
        <w:ind w:left="3600" w:hanging="360"/>
      </w:pPr>
      <w:rPr>
        <w:rFonts w:ascii="Courier New" w:hAnsi="Courier New" w:hint="default"/>
      </w:rPr>
    </w:lvl>
    <w:lvl w:ilvl="5" w:tplc="2766FA00">
      <w:start w:val="1"/>
      <w:numFmt w:val="bullet"/>
      <w:lvlText w:val=""/>
      <w:lvlJc w:val="left"/>
      <w:pPr>
        <w:ind w:left="4320" w:hanging="360"/>
      </w:pPr>
      <w:rPr>
        <w:rFonts w:ascii="Wingdings" w:hAnsi="Wingdings" w:hint="default"/>
      </w:rPr>
    </w:lvl>
    <w:lvl w:ilvl="6" w:tplc="87EE553E">
      <w:start w:val="1"/>
      <w:numFmt w:val="bullet"/>
      <w:lvlText w:val=""/>
      <w:lvlJc w:val="left"/>
      <w:pPr>
        <w:ind w:left="5040" w:hanging="360"/>
      </w:pPr>
      <w:rPr>
        <w:rFonts w:ascii="Symbol" w:hAnsi="Symbol" w:hint="default"/>
      </w:rPr>
    </w:lvl>
    <w:lvl w:ilvl="7" w:tplc="BCBE49B6">
      <w:start w:val="1"/>
      <w:numFmt w:val="bullet"/>
      <w:lvlText w:val="o"/>
      <w:lvlJc w:val="left"/>
      <w:pPr>
        <w:ind w:left="5760" w:hanging="360"/>
      </w:pPr>
      <w:rPr>
        <w:rFonts w:ascii="Courier New" w:hAnsi="Courier New" w:hint="default"/>
      </w:rPr>
    </w:lvl>
    <w:lvl w:ilvl="8" w:tplc="5C4061DE">
      <w:start w:val="1"/>
      <w:numFmt w:val="bullet"/>
      <w:lvlText w:val=""/>
      <w:lvlJc w:val="left"/>
      <w:pPr>
        <w:ind w:left="6480" w:hanging="360"/>
      </w:pPr>
      <w:rPr>
        <w:rFonts w:ascii="Wingdings" w:hAnsi="Wingdings" w:hint="default"/>
      </w:rPr>
    </w:lvl>
  </w:abstractNum>
  <w:abstractNum w:abstractNumId="18" w15:restartNumberingAfterBreak="0">
    <w:nsid w:val="4C13320B"/>
    <w:multiLevelType w:val="hybridMultilevel"/>
    <w:tmpl w:val="3D66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C98C2"/>
    <w:multiLevelType w:val="multilevel"/>
    <w:tmpl w:val="2C6A4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4F2C78"/>
    <w:multiLevelType w:val="hybridMultilevel"/>
    <w:tmpl w:val="630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281EFB"/>
    <w:multiLevelType w:val="multilevel"/>
    <w:tmpl w:val="CF86EC02"/>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7976813">
    <w:abstractNumId w:val="9"/>
  </w:num>
  <w:num w:numId="2" w16cid:durableId="1027217396">
    <w:abstractNumId w:val="15"/>
  </w:num>
  <w:num w:numId="3" w16cid:durableId="745034548">
    <w:abstractNumId w:val="10"/>
  </w:num>
  <w:num w:numId="4" w16cid:durableId="1787692324">
    <w:abstractNumId w:val="11"/>
  </w:num>
  <w:num w:numId="5" w16cid:durableId="901260241">
    <w:abstractNumId w:val="19"/>
  </w:num>
  <w:num w:numId="6" w16cid:durableId="818812510">
    <w:abstractNumId w:val="21"/>
  </w:num>
  <w:num w:numId="7" w16cid:durableId="23986785">
    <w:abstractNumId w:val="13"/>
  </w:num>
  <w:num w:numId="8" w16cid:durableId="1180658271">
    <w:abstractNumId w:val="17"/>
  </w:num>
  <w:num w:numId="9" w16cid:durableId="109052524">
    <w:abstractNumId w:val="5"/>
  </w:num>
  <w:num w:numId="10" w16cid:durableId="1343557174">
    <w:abstractNumId w:val="8"/>
  </w:num>
  <w:num w:numId="11" w16cid:durableId="1382437698">
    <w:abstractNumId w:val="2"/>
  </w:num>
  <w:num w:numId="12" w16cid:durableId="147405458">
    <w:abstractNumId w:val="3"/>
  </w:num>
  <w:num w:numId="13" w16cid:durableId="1936328961">
    <w:abstractNumId w:val="0"/>
  </w:num>
  <w:num w:numId="14" w16cid:durableId="1961524302">
    <w:abstractNumId w:val="4"/>
  </w:num>
  <w:num w:numId="15" w16cid:durableId="219708787">
    <w:abstractNumId w:val="1"/>
  </w:num>
  <w:num w:numId="16" w16cid:durableId="333534742">
    <w:abstractNumId w:val="6"/>
  </w:num>
  <w:num w:numId="17" w16cid:durableId="45494904">
    <w:abstractNumId w:val="7"/>
  </w:num>
  <w:num w:numId="18" w16cid:durableId="410204862">
    <w:abstractNumId w:val="18"/>
  </w:num>
  <w:num w:numId="19" w16cid:durableId="1055202382">
    <w:abstractNumId w:val="14"/>
  </w:num>
  <w:num w:numId="20" w16cid:durableId="148522403">
    <w:abstractNumId w:val="16"/>
  </w:num>
  <w:num w:numId="21" w16cid:durableId="1066147940">
    <w:abstractNumId w:val="20"/>
  </w:num>
  <w:num w:numId="22" w16cid:durableId="18336997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F67"/>
    <w:rsid w:val="00010089"/>
    <w:rsid w:val="000323D5"/>
    <w:rsid w:val="00032F49"/>
    <w:rsid w:val="00034616"/>
    <w:rsid w:val="00047DDC"/>
    <w:rsid w:val="0006063C"/>
    <w:rsid w:val="00063230"/>
    <w:rsid w:val="000709AA"/>
    <w:rsid w:val="000867E9"/>
    <w:rsid w:val="000B1963"/>
    <w:rsid w:val="0015074B"/>
    <w:rsid w:val="00153A00"/>
    <w:rsid w:val="001801EB"/>
    <w:rsid w:val="001C397E"/>
    <w:rsid w:val="001D3622"/>
    <w:rsid w:val="001D4D77"/>
    <w:rsid w:val="00207F67"/>
    <w:rsid w:val="002204A2"/>
    <w:rsid w:val="0022325A"/>
    <w:rsid w:val="0022353A"/>
    <w:rsid w:val="00265DB9"/>
    <w:rsid w:val="0029639D"/>
    <w:rsid w:val="002C677A"/>
    <w:rsid w:val="002E128B"/>
    <w:rsid w:val="00311B4C"/>
    <w:rsid w:val="00326F90"/>
    <w:rsid w:val="003625A6"/>
    <w:rsid w:val="00362AA7"/>
    <w:rsid w:val="00364725"/>
    <w:rsid w:val="0036472A"/>
    <w:rsid w:val="003649FC"/>
    <w:rsid w:val="00364A06"/>
    <w:rsid w:val="00367AFB"/>
    <w:rsid w:val="003B5410"/>
    <w:rsid w:val="003D69AD"/>
    <w:rsid w:val="00405A57"/>
    <w:rsid w:val="00413432"/>
    <w:rsid w:val="004A289F"/>
    <w:rsid w:val="004A6BAE"/>
    <w:rsid w:val="004CC65D"/>
    <w:rsid w:val="004D1EBC"/>
    <w:rsid w:val="0050318A"/>
    <w:rsid w:val="00521C8E"/>
    <w:rsid w:val="005376D2"/>
    <w:rsid w:val="00597C68"/>
    <w:rsid w:val="005B149A"/>
    <w:rsid w:val="005B770B"/>
    <w:rsid w:val="006051FC"/>
    <w:rsid w:val="00645F37"/>
    <w:rsid w:val="00654190"/>
    <w:rsid w:val="00682D03"/>
    <w:rsid w:val="006C3E09"/>
    <w:rsid w:val="00724EC1"/>
    <w:rsid w:val="00747920"/>
    <w:rsid w:val="00763C67"/>
    <w:rsid w:val="007861E6"/>
    <w:rsid w:val="00796495"/>
    <w:rsid w:val="007A7E0C"/>
    <w:rsid w:val="007C5FEF"/>
    <w:rsid w:val="007D0A7E"/>
    <w:rsid w:val="007F5BA4"/>
    <w:rsid w:val="00815A89"/>
    <w:rsid w:val="0084168B"/>
    <w:rsid w:val="0084249E"/>
    <w:rsid w:val="00851A42"/>
    <w:rsid w:val="00854AEC"/>
    <w:rsid w:val="00855499"/>
    <w:rsid w:val="00856214"/>
    <w:rsid w:val="00875F62"/>
    <w:rsid w:val="008F2FCF"/>
    <w:rsid w:val="008F7627"/>
    <w:rsid w:val="00926E1C"/>
    <w:rsid w:val="00941FAE"/>
    <w:rsid w:val="009460BE"/>
    <w:rsid w:val="00947F10"/>
    <w:rsid w:val="0095086A"/>
    <w:rsid w:val="00996293"/>
    <w:rsid w:val="009D197C"/>
    <w:rsid w:val="009E18D5"/>
    <w:rsid w:val="009F42AA"/>
    <w:rsid w:val="00A03304"/>
    <w:rsid w:val="00A33B84"/>
    <w:rsid w:val="00A377DB"/>
    <w:rsid w:val="00A41511"/>
    <w:rsid w:val="00A42F3C"/>
    <w:rsid w:val="00A55E74"/>
    <w:rsid w:val="00A732D1"/>
    <w:rsid w:val="00AA1D8D"/>
    <w:rsid w:val="00AA71D9"/>
    <w:rsid w:val="00AE3417"/>
    <w:rsid w:val="00AE6409"/>
    <w:rsid w:val="00B26EF5"/>
    <w:rsid w:val="00B47730"/>
    <w:rsid w:val="00B5012B"/>
    <w:rsid w:val="00B93391"/>
    <w:rsid w:val="00BC3E1D"/>
    <w:rsid w:val="00BE41EC"/>
    <w:rsid w:val="00BF2790"/>
    <w:rsid w:val="00C17796"/>
    <w:rsid w:val="00C91B35"/>
    <w:rsid w:val="00C9617A"/>
    <w:rsid w:val="00CA2040"/>
    <w:rsid w:val="00CB0287"/>
    <w:rsid w:val="00CB0664"/>
    <w:rsid w:val="00CD736E"/>
    <w:rsid w:val="00D155F2"/>
    <w:rsid w:val="00D36455"/>
    <w:rsid w:val="00DA6BBF"/>
    <w:rsid w:val="00DB1099"/>
    <w:rsid w:val="00DD0247"/>
    <w:rsid w:val="00DE56B0"/>
    <w:rsid w:val="00E15FDD"/>
    <w:rsid w:val="00F01C37"/>
    <w:rsid w:val="00F25582"/>
    <w:rsid w:val="00F33847"/>
    <w:rsid w:val="00F365E4"/>
    <w:rsid w:val="00F613C6"/>
    <w:rsid w:val="00F8064E"/>
    <w:rsid w:val="00F815EF"/>
    <w:rsid w:val="00F84071"/>
    <w:rsid w:val="00F91135"/>
    <w:rsid w:val="00F9737D"/>
    <w:rsid w:val="00FB0496"/>
    <w:rsid w:val="00FB594D"/>
    <w:rsid w:val="00FC693F"/>
    <w:rsid w:val="00FC6A66"/>
    <w:rsid w:val="00FE78C0"/>
    <w:rsid w:val="00FF7353"/>
    <w:rsid w:val="02FD8A1F"/>
    <w:rsid w:val="033A1E76"/>
    <w:rsid w:val="06E1A882"/>
    <w:rsid w:val="0A55EEC6"/>
    <w:rsid w:val="0D2C8F65"/>
    <w:rsid w:val="0E07A070"/>
    <w:rsid w:val="123F64CB"/>
    <w:rsid w:val="1428C078"/>
    <w:rsid w:val="185489BD"/>
    <w:rsid w:val="1AE27E61"/>
    <w:rsid w:val="1CBB953F"/>
    <w:rsid w:val="20967CC6"/>
    <w:rsid w:val="21591852"/>
    <w:rsid w:val="23C0E7E0"/>
    <w:rsid w:val="24032F74"/>
    <w:rsid w:val="3082F878"/>
    <w:rsid w:val="31AFEA99"/>
    <w:rsid w:val="31CC4765"/>
    <w:rsid w:val="336CC8C3"/>
    <w:rsid w:val="33BDF1CB"/>
    <w:rsid w:val="344589FA"/>
    <w:rsid w:val="3454F1E1"/>
    <w:rsid w:val="3723C3E5"/>
    <w:rsid w:val="37C92BD0"/>
    <w:rsid w:val="398D8B60"/>
    <w:rsid w:val="3C165AD4"/>
    <w:rsid w:val="3FC78919"/>
    <w:rsid w:val="466E355B"/>
    <w:rsid w:val="4A1B9D25"/>
    <w:rsid w:val="4B4842DB"/>
    <w:rsid w:val="516C68B5"/>
    <w:rsid w:val="52BC9140"/>
    <w:rsid w:val="533E29DC"/>
    <w:rsid w:val="59C73B10"/>
    <w:rsid w:val="5E10F156"/>
    <w:rsid w:val="6043CB56"/>
    <w:rsid w:val="62AF000D"/>
    <w:rsid w:val="6344AD29"/>
    <w:rsid w:val="6864DFAC"/>
    <w:rsid w:val="6A3E5D76"/>
    <w:rsid w:val="6B087E57"/>
    <w:rsid w:val="6C44F4E4"/>
    <w:rsid w:val="6F4D36AD"/>
    <w:rsid w:val="72D608C5"/>
    <w:rsid w:val="755762B2"/>
    <w:rsid w:val="76295C2E"/>
    <w:rsid w:val="797CF147"/>
    <w:rsid w:val="79864E80"/>
    <w:rsid w:val="7A0EA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0934E4"/>
  <w14:defaultImageDpi w14:val="300"/>
  <w15:docId w15:val="{8F54D165-A30E-4C77-AFCC-4431565B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8B"/>
    <w:pPr>
      <w:spacing w:before="100" w:beforeAutospacing="1" w:after="100" w:afterAutospacing="1" w:line="360" w:lineRule="auto"/>
      <w:jc w:val="both"/>
    </w:pPr>
    <w:rPr>
      <w:rFonts w:ascii="Arial" w:eastAsia="Arial" w:hAnsi="Arial" w:cs="Arial"/>
    </w:rPr>
  </w:style>
  <w:style w:type="paragraph" w:styleId="Heading1">
    <w:name w:val="heading 1"/>
    <w:basedOn w:val="Normal"/>
    <w:next w:val="Normal"/>
    <w:link w:val="Heading1Char"/>
    <w:uiPriority w:val="9"/>
    <w:qFormat/>
    <w:rsid w:val="00047DDC"/>
    <w:pPr>
      <w:keepNext/>
      <w:keepLines/>
      <w:spacing w:before="480" w:beforeAutospacing="0"/>
      <w:outlineLvl w:val="0"/>
    </w:pPr>
    <w:rPr>
      <w:b/>
      <w:bCs/>
      <w:color w:val="75BD97"/>
      <w:sz w:val="32"/>
      <w:szCs w:val="28"/>
      <w:lang w:val="pt-PT"/>
    </w:rPr>
  </w:style>
  <w:style w:type="paragraph" w:styleId="Heading2">
    <w:name w:val="heading 2"/>
    <w:basedOn w:val="Normal"/>
    <w:next w:val="Normal"/>
    <w:link w:val="Heading2Char"/>
    <w:uiPriority w:val="9"/>
    <w:unhideWhenUsed/>
    <w:qFormat/>
    <w:rsid w:val="00855499"/>
    <w:pPr>
      <w:keepNext/>
      <w:keepLines/>
      <w:spacing w:before="200" w:after="0"/>
      <w:outlineLvl w:val="1"/>
    </w:pPr>
    <w:rPr>
      <w:rFonts w:asciiTheme="majorHAnsi" w:eastAsiaTheme="majorEastAsia" w:hAnsiTheme="majorHAnsi" w:cstheme="majorBidi"/>
      <w:b/>
      <w:bCs/>
      <w:color w:val="8D62A5"/>
      <w:sz w:val="24"/>
      <w:szCs w:val="26"/>
    </w:rPr>
  </w:style>
  <w:style w:type="paragraph" w:styleId="Heading3">
    <w:name w:val="heading 3"/>
    <w:basedOn w:val="Normal"/>
    <w:next w:val="Normal"/>
    <w:link w:val="Heading3Char"/>
    <w:uiPriority w:val="9"/>
    <w:unhideWhenUsed/>
    <w:qFormat/>
    <w:rsid w:val="00855499"/>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rsid w:val="00F8064E"/>
    <w:pPr>
      <w:keepNext/>
      <w:keepLines/>
      <w:spacing w:before="200" w:after="0"/>
      <w:outlineLvl w:val="3"/>
    </w:pPr>
    <w:rPr>
      <w:rFonts w:asciiTheme="majorHAnsi" w:eastAsiaTheme="majorEastAsia" w:hAnsiTheme="majorHAnsi" w:cstheme="majorBidi"/>
      <w:bCs/>
      <w:i/>
      <w:iCs/>
      <w:color w:val="8D62A5"/>
    </w:rPr>
  </w:style>
  <w:style w:type="paragraph" w:styleId="Heading5">
    <w:name w:val="heading 5"/>
    <w:basedOn w:val="Normal"/>
    <w:next w:val="Normal"/>
    <w:link w:val="Heading5Char"/>
    <w:uiPriority w:val="9"/>
    <w:semiHidden/>
    <w:unhideWhenUsed/>
    <w:qFormat/>
    <w:rsid w:val="00855499"/>
    <w:pPr>
      <w:keepNext/>
      <w:keepLines/>
      <w:spacing w:before="200" w:after="0"/>
      <w:outlineLvl w:val="4"/>
    </w:pPr>
    <w:rPr>
      <w:rFonts w:asciiTheme="majorHAnsi" w:eastAsiaTheme="majorEastAsia" w:hAnsiTheme="majorHAnsi" w:cstheme="majorBidi"/>
      <w:color w:val="8D62A5"/>
    </w:rPr>
  </w:style>
  <w:style w:type="paragraph" w:styleId="Heading6">
    <w:name w:val="heading 6"/>
    <w:basedOn w:val="Normal"/>
    <w:next w:val="Normal"/>
    <w:link w:val="Heading6Char"/>
    <w:uiPriority w:val="9"/>
    <w:semiHidden/>
    <w:unhideWhenUsed/>
    <w:qFormat/>
    <w:rsid w:val="00855499"/>
    <w:pPr>
      <w:keepNext/>
      <w:keepLines/>
      <w:spacing w:before="200" w:after="0"/>
      <w:outlineLvl w:val="5"/>
    </w:pPr>
    <w:rPr>
      <w:rFonts w:asciiTheme="majorHAnsi" w:eastAsiaTheme="majorEastAsia" w:hAnsiTheme="majorHAnsi" w:cstheme="majorBidi"/>
      <w:i/>
      <w:iCs/>
      <w:color w:val="8D62A5"/>
    </w:rPr>
  </w:style>
  <w:style w:type="paragraph" w:styleId="Heading7">
    <w:name w:val="heading 7"/>
    <w:basedOn w:val="Normal"/>
    <w:next w:val="Normal"/>
    <w:link w:val="Heading7Char"/>
    <w:uiPriority w:val="9"/>
    <w:semiHidden/>
    <w:unhideWhenUsed/>
    <w:rsid w:val="00855499"/>
    <w:pPr>
      <w:keepNext/>
      <w:keepLines/>
      <w:spacing w:before="200" w:after="0"/>
      <w:outlineLvl w:val="6"/>
    </w:pPr>
    <w:rPr>
      <w:rFonts w:asciiTheme="majorHAnsi" w:eastAsiaTheme="majorEastAsia" w:hAnsiTheme="majorHAnsi" w:cstheme="majorBidi"/>
      <w:i/>
      <w:iCs/>
      <w:color w:val="8D62A5"/>
    </w:rPr>
  </w:style>
  <w:style w:type="paragraph" w:styleId="Heading8">
    <w:name w:val="heading 8"/>
    <w:basedOn w:val="Normal"/>
    <w:next w:val="Normal"/>
    <w:link w:val="Heading8Char"/>
    <w:uiPriority w:val="9"/>
    <w:semiHidden/>
    <w:unhideWhenUsed/>
    <w:rsid w:val="00855499"/>
    <w:pPr>
      <w:keepNext/>
      <w:keepLines/>
      <w:spacing w:before="200" w:after="0"/>
      <w:outlineLvl w:val="7"/>
    </w:pPr>
    <w:rPr>
      <w:rFonts w:asciiTheme="majorHAnsi" w:eastAsiaTheme="majorEastAsia" w:hAnsiTheme="majorHAnsi" w:cstheme="majorBidi"/>
      <w:color w:val="8D62A5"/>
      <w:sz w:val="20"/>
      <w:szCs w:val="20"/>
    </w:rPr>
  </w:style>
  <w:style w:type="paragraph" w:styleId="Heading9">
    <w:name w:val="heading 9"/>
    <w:basedOn w:val="Normal"/>
    <w:next w:val="Normal"/>
    <w:link w:val="Heading9Char"/>
    <w:uiPriority w:val="9"/>
    <w:semiHidden/>
    <w:unhideWhenUsed/>
    <w:rsid w:val="00855499"/>
    <w:pPr>
      <w:keepNext/>
      <w:keepLines/>
      <w:spacing w:before="200" w:after="0"/>
      <w:outlineLvl w:val="8"/>
    </w:pPr>
    <w:rPr>
      <w:rFonts w:asciiTheme="majorHAnsi" w:eastAsiaTheme="majorEastAsia" w:hAnsiTheme="majorHAnsi" w:cstheme="majorBidi"/>
      <w:i/>
      <w:iCs/>
      <w:color w:val="8D62A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DD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47DDC"/>
    <w:rPr>
      <w:rFonts w:ascii="Arial" w:eastAsia="Arial" w:hAnsi="Arial" w:cs="Arial"/>
    </w:rPr>
  </w:style>
  <w:style w:type="paragraph" w:styleId="Footer">
    <w:name w:val="footer"/>
    <w:basedOn w:val="Normal"/>
    <w:link w:val="FooterChar"/>
    <w:uiPriority w:val="99"/>
    <w:unhideWhenUsed/>
    <w:rsid w:val="00047DD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47DDC"/>
    <w:rPr>
      <w:rFonts w:ascii="Arial" w:eastAsia="Arial" w:hAnsi="Arial" w:cs="Arial"/>
    </w:rPr>
  </w:style>
  <w:style w:type="character" w:customStyle="1" w:styleId="Heading1Char">
    <w:name w:val="Heading 1 Char"/>
    <w:link w:val="Heading1"/>
    <w:uiPriority w:val="9"/>
    <w:rsid w:val="00047DDC"/>
    <w:rPr>
      <w:rFonts w:ascii="Arial" w:eastAsia="Arial" w:hAnsi="Arial" w:cs="Arial"/>
      <w:b/>
      <w:bCs/>
      <w:color w:val="75BD97"/>
      <w:sz w:val="32"/>
      <w:szCs w:val="28"/>
      <w:lang w:val="pt-PT"/>
    </w:rPr>
  </w:style>
  <w:style w:type="character" w:customStyle="1" w:styleId="Heading2Char">
    <w:name w:val="Heading 2 Char"/>
    <w:link w:val="Heading2"/>
    <w:uiPriority w:val="9"/>
    <w:rsid w:val="00855499"/>
    <w:rPr>
      <w:rFonts w:asciiTheme="majorHAnsi" w:eastAsiaTheme="majorEastAsia" w:hAnsiTheme="majorHAnsi" w:cstheme="majorBidi"/>
      <w:b/>
      <w:bCs/>
      <w:color w:val="8D62A5"/>
      <w:sz w:val="24"/>
      <w:szCs w:val="26"/>
    </w:rPr>
  </w:style>
  <w:style w:type="character" w:customStyle="1" w:styleId="Heading3Char">
    <w:name w:val="Heading 3 Char"/>
    <w:link w:val="Heading3"/>
    <w:uiPriority w:val="9"/>
    <w:rsid w:val="00855499"/>
    <w:rPr>
      <w:rFonts w:asciiTheme="majorHAnsi" w:eastAsiaTheme="majorEastAsia" w:hAnsiTheme="majorHAnsi" w:cstheme="majorBidi"/>
      <w:b/>
      <w:bCs/>
      <w:color w:val="000000" w:themeColor="text1"/>
    </w:rPr>
  </w:style>
  <w:style w:type="paragraph" w:styleId="Title">
    <w:name w:val="Title"/>
    <w:basedOn w:val="Normal"/>
    <w:next w:val="Normal"/>
    <w:link w:val="TitleChar"/>
    <w:uiPriority w:val="10"/>
    <w:qFormat/>
    <w:rsid w:val="00D36455"/>
    <w:pPr>
      <w:keepLines/>
      <w:pageBreakBefore/>
      <w:pBdr>
        <w:bottom w:val="single" w:sz="8" w:space="4" w:color="8D62A5"/>
      </w:pBdr>
      <w:spacing w:line="240" w:lineRule="auto"/>
      <w:contextualSpacing/>
      <w:jc w:val="left"/>
    </w:pPr>
    <w:rPr>
      <w:rFonts w:asciiTheme="majorHAnsi" w:eastAsiaTheme="majorEastAsia" w:hAnsiTheme="majorHAnsi" w:cstheme="majorBidi"/>
      <w:color w:val="8D62A5"/>
      <w:spacing w:val="5"/>
      <w:kern w:val="28"/>
      <w:sz w:val="52"/>
      <w:szCs w:val="52"/>
    </w:rPr>
  </w:style>
  <w:style w:type="character" w:customStyle="1" w:styleId="TitleChar">
    <w:name w:val="Title Char"/>
    <w:link w:val="Title"/>
    <w:uiPriority w:val="10"/>
    <w:rsid w:val="00D36455"/>
    <w:rPr>
      <w:rFonts w:asciiTheme="majorHAnsi" w:eastAsiaTheme="majorEastAsia" w:hAnsiTheme="majorHAnsi" w:cstheme="majorBidi"/>
      <w:color w:val="8D62A5"/>
      <w:spacing w:val="5"/>
      <w:kern w:val="28"/>
      <w:sz w:val="52"/>
      <w:szCs w:val="52"/>
    </w:rPr>
  </w:style>
  <w:style w:type="character" w:styleId="PageNumber">
    <w:name w:val="page number"/>
    <w:basedOn w:val="DefaultParagraphFont"/>
    <w:uiPriority w:val="99"/>
    <w:semiHidden/>
    <w:unhideWhenUsed/>
    <w:rsid w:val="00854AEC"/>
    <w:rPr>
      <w:rFonts w:ascii="Arial" w:hAnsi="Arial"/>
    </w:rPr>
  </w:style>
  <w:style w:type="character" w:styleId="UnresolvedMention">
    <w:name w:val="Unresolved Mention"/>
    <w:basedOn w:val="DefaultParagraphFont"/>
    <w:uiPriority w:val="99"/>
    <w:semiHidden/>
    <w:unhideWhenUsed/>
    <w:rsid w:val="00521C8E"/>
    <w:rPr>
      <w:rFonts w:ascii="Arial" w:hAnsi="Arial"/>
      <w:color w:val="605E5C"/>
      <w:shd w:val="clear" w:color="auto" w:fill="E1DFDD"/>
    </w:rPr>
  </w:style>
  <w:style w:type="paragraph" w:styleId="ListParagraph">
    <w:name w:val="List Paragraph"/>
    <w:basedOn w:val="Normal"/>
    <w:uiPriority w:val="34"/>
    <w:qFormat/>
    <w:rsid w:val="00FC693F"/>
    <w:pPr>
      <w:ind w:left="720"/>
      <w:contextualSpacing/>
    </w:pPr>
  </w:style>
  <w:style w:type="paragraph" w:styleId="NormalWeb">
    <w:name w:val="Normal (Web)"/>
    <w:basedOn w:val="Normal"/>
    <w:uiPriority w:val="99"/>
    <w:semiHidden/>
    <w:unhideWhenUsed/>
    <w:rsid w:val="00DE56B0"/>
    <w:pPr>
      <w:spacing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62AA7"/>
    <w:rPr>
      <w:rFonts w:ascii="Arial" w:hAnsi="Arial"/>
      <w:color w:val="800080" w:themeColor="followedHyperlink"/>
      <w:u w:val="single"/>
    </w:rPr>
  </w:style>
  <w:style w:type="paragraph" w:customStyle="1" w:styleId="References">
    <w:name w:val="References"/>
    <w:basedOn w:val="Normal"/>
    <w:qFormat/>
    <w:rsid w:val="00362AA7"/>
    <w:pPr>
      <w:ind w:left="720" w:hanging="720"/>
    </w:p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link w:val="BodyText3"/>
    <w:uiPriority w:val="99"/>
    <w:rsid w:val="7A0EA622"/>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0"/>
      </w:numPr>
      <w:contextualSpacing/>
    </w:pPr>
  </w:style>
  <w:style w:type="paragraph" w:styleId="ListBullet2">
    <w:name w:val="List Bullet 2"/>
    <w:basedOn w:val="Normal"/>
    <w:uiPriority w:val="99"/>
    <w:unhideWhenUsed/>
    <w:rsid w:val="00326F90"/>
    <w:pPr>
      <w:numPr>
        <w:numId w:val="16"/>
      </w:numPr>
      <w:contextualSpacing/>
    </w:pPr>
  </w:style>
  <w:style w:type="paragraph" w:styleId="ListBullet3">
    <w:name w:val="List Bullet 3"/>
    <w:basedOn w:val="Normal"/>
    <w:uiPriority w:val="99"/>
    <w:unhideWhenUsed/>
    <w:rsid w:val="00326F90"/>
    <w:pPr>
      <w:numPr>
        <w:numId w:val="9"/>
      </w:numPr>
      <w:contextualSpacing/>
    </w:pPr>
  </w:style>
  <w:style w:type="paragraph" w:styleId="ListNumber">
    <w:name w:val="List Number"/>
    <w:basedOn w:val="Normal"/>
    <w:uiPriority w:val="99"/>
    <w:unhideWhenUsed/>
    <w:rsid w:val="00326F90"/>
    <w:pPr>
      <w:numPr>
        <w:numId w:val="17"/>
      </w:numPr>
      <w:contextualSpacing/>
    </w:pPr>
  </w:style>
  <w:style w:type="paragraph" w:styleId="ListNumber2">
    <w:name w:val="List Number 2"/>
    <w:basedOn w:val="Normal"/>
    <w:uiPriority w:val="99"/>
    <w:unhideWhenUsed/>
    <w:rsid w:val="0029639D"/>
    <w:pPr>
      <w:numPr>
        <w:numId w:val="12"/>
      </w:numPr>
      <w:contextualSpacing/>
    </w:pPr>
  </w:style>
  <w:style w:type="paragraph" w:styleId="ListNumber3">
    <w:name w:val="List Number 3"/>
    <w:basedOn w:val="Normal"/>
    <w:uiPriority w:val="99"/>
    <w:unhideWhenUsed/>
    <w:rsid w:val="0029639D"/>
    <w:pPr>
      <w:numPr>
        <w:numId w:val="1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character" w:customStyle="1" w:styleId="Heading4Char">
    <w:name w:val="Heading 4 Char"/>
    <w:link w:val="Heading4"/>
    <w:uiPriority w:val="9"/>
    <w:rsid w:val="00F8064E"/>
    <w:rPr>
      <w:rFonts w:asciiTheme="majorHAnsi" w:eastAsiaTheme="majorEastAsia" w:hAnsiTheme="majorHAnsi" w:cstheme="majorBidi"/>
      <w:bCs/>
      <w:i/>
      <w:iCs/>
      <w:color w:val="8D62A5"/>
    </w:rPr>
  </w:style>
  <w:style w:type="character" w:customStyle="1" w:styleId="Heading5Char">
    <w:name w:val="Heading 5 Char"/>
    <w:link w:val="Heading5"/>
    <w:uiPriority w:val="9"/>
    <w:semiHidden/>
    <w:rsid w:val="00855499"/>
    <w:rPr>
      <w:rFonts w:asciiTheme="majorHAnsi" w:eastAsiaTheme="majorEastAsia" w:hAnsiTheme="majorHAnsi" w:cstheme="majorBidi"/>
      <w:color w:val="8D62A5"/>
    </w:rPr>
  </w:style>
  <w:style w:type="character" w:customStyle="1" w:styleId="Heading6Char">
    <w:name w:val="Heading 6 Char"/>
    <w:link w:val="Heading6"/>
    <w:uiPriority w:val="9"/>
    <w:semiHidden/>
    <w:rsid w:val="00855499"/>
    <w:rPr>
      <w:rFonts w:asciiTheme="majorHAnsi" w:eastAsiaTheme="majorEastAsia" w:hAnsiTheme="majorHAnsi" w:cstheme="majorBidi"/>
      <w:i/>
      <w:iCs/>
      <w:color w:val="8D62A5"/>
    </w:rPr>
  </w:style>
  <w:style w:type="character" w:customStyle="1" w:styleId="Heading7Char">
    <w:name w:val="Heading 7 Char"/>
    <w:link w:val="Heading7"/>
    <w:uiPriority w:val="9"/>
    <w:semiHidden/>
    <w:rsid w:val="00855499"/>
    <w:rPr>
      <w:rFonts w:asciiTheme="majorHAnsi" w:eastAsiaTheme="majorEastAsia" w:hAnsiTheme="majorHAnsi" w:cstheme="majorBidi"/>
      <w:i/>
      <w:iCs/>
      <w:color w:val="8D62A5"/>
    </w:rPr>
  </w:style>
  <w:style w:type="character" w:customStyle="1" w:styleId="Heading8Char">
    <w:name w:val="Heading 8 Char"/>
    <w:link w:val="Heading8"/>
    <w:uiPriority w:val="9"/>
    <w:semiHidden/>
    <w:rsid w:val="00855499"/>
    <w:rPr>
      <w:rFonts w:asciiTheme="majorHAnsi" w:eastAsiaTheme="majorEastAsia" w:hAnsiTheme="majorHAnsi" w:cstheme="majorBidi"/>
      <w:color w:val="8D62A5"/>
      <w:sz w:val="20"/>
      <w:szCs w:val="20"/>
    </w:rPr>
  </w:style>
  <w:style w:type="character" w:customStyle="1" w:styleId="Heading9Char">
    <w:name w:val="Heading 9 Char"/>
    <w:link w:val="Heading9"/>
    <w:uiPriority w:val="9"/>
    <w:semiHidden/>
    <w:rsid w:val="00855499"/>
    <w:rPr>
      <w:rFonts w:asciiTheme="majorHAnsi" w:eastAsiaTheme="majorEastAsia" w:hAnsiTheme="majorHAnsi" w:cstheme="majorBidi"/>
      <w:i/>
      <w:iCs/>
      <w:color w:val="8D62A5"/>
      <w:sz w:val="20"/>
      <w:szCs w:val="20"/>
    </w:rPr>
  </w:style>
  <w:style w:type="paragraph" w:styleId="Caption">
    <w:name w:val="caption"/>
    <w:basedOn w:val="Normal"/>
    <w:next w:val="Normal"/>
    <w:uiPriority w:val="35"/>
    <w:unhideWhenUsed/>
    <w:qFormat/>
    <w:rsid w:val="009D197C"/>
    <w:pPr>
      <w:spacing w:line="240" w:lineRule="auto"/>
      <w:jc w:val="center"/>
    </w:pPr>
    <w:rPr>
      <w:b/>
      <w:bCs/>
      <w:color w:val="4E5A72"/>
      <w:sz w:val="18"/>
      <w:szCs w:val="18"/>
    </w:rPr>
  </w:style>
  <w:style w:type="character" w:styleId="Emphasis">
    <w:name w:val="Emphasis"/>
    <w:uiPriority w:val="20"/>
    <w:qFormat/>
    <w:rsid w:val="7A0EA622"/>
    <w:rPr>
      <w:i/>
      <w:iCs/>
    </w:rPr>
  </w:style>
  <w:style w:type="character" w:styleId="SubtleEmphasis">
    <w:name w:val="Subtle Emphasis"/>
    <w:uiPriority w:val="19"/>
    <w:qFormat/>
    <w:rsid w:val="7A0EA622"/>
    <w:rPr>
      <w:i/>
      <w:iCs/>
      <w:color w:val="808080" w:themeColor="background1" w:themeShade="80"/>
    </w:rPr>
  </w:style>
  <w:style w:type="character" w:styleId="IntenseEmphasis">
    <w:name w:val="Intense Emphasis"/>
    <w:uiPriority w:val="21"/>
    <w:qFormat/>
    <w:rsid w:val="00F8064E"/>
    <w:rPr>
      <w:b/>
      <w:bCs/>
      <w:i/>
      <w:iCs/>
      <w:color w:val="8D62A5"/>
    </w:rPr>
  </w:style>
  <w:style w:type="paragraph" w:styleId="TOCHeading">
    <w:name w:val="TOC Heading"/>
    <w:basedOn w:val="Heading1"/>
    <w:next w:val="Normal"/>
    <w:uiPriority w:val="39"/>
    <w:semiHidden/>
    <w:unhideWhenUsed/>
    <w:qFormat/>
    <w:rsid w:val="336CC8C3"/>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F8064E"/>
    <w:rPr>
      <w:color w:val="8D62A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ilva@eg.ipl.p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your@e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abcom-ifp.ubi.pt/ficheiros/20110819-centeno_maria_joao_conceito_de_comunicacao.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ekaconnects2026.ipl.pt/call-for-full-text-submissions/"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doe@eg.ipl.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908f52-4b5d-4c43-959d-0541a9f24719">
      <Terms xmlns="http://schemas.microsoft.com/office/infopath/2007/PartnerControls"/>
    </lcf76f155ced4ddcb4097134ff3c332f>
    <TaxCatchAll xmlns="b734f45e-2367-459d-bfb2-1ed48cb3fe95"/>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10846926622E84B93696A835785E560" ma:contentTypeVersion="11" ma:contentTypeDescription="Criar um novo documento." ma:contentTypeScope="" ma:versionID="5f3ee7177daa4c5f288b081153a26a51">
  <xsd:schema xmlns:xsd="http://www.w3.org/2001/XMLSchema" xmlns:xs="http://www.w3.org/2001/XMLSchema" xmlns:p="http://schemas.microsoft.com/office/2006/metadata/properties" xmlns:ns2="f4908f52-4b5d-4c43-959d-0541a9f24719" xmlns:ns3="b734f45e-2367-459d-bfb2-1ed48cb3fe95" targetNamespace="http://schemas.microsoft.com/office/2006/metadata/properties" ma:root="true" ma:fieldsID="cc7cdfc7a1c0c3a67a5197faaea4f17d" ns2:_="" ns3:_="">
    <xsd:import namespace="f4908f52-4b5d-4c43-959d-0541a9f24719"/>
    <xsd:import namespace="b734f45e-2367-459d-bfb2-1ed48cb3fe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08f52-4b5d-4c43-959d-0541a9f24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af266a91-eb05-408d-9b27-c9d405a233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34f45e-2367-459d-bfb2-1ed48cb3fe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115b3f-77bf-495b-8b47-3b4353a34c43}" ma:internalName="TaxCatchAll" ma:showField="CatchAllData" ma:web="b734f45e-2367-459d-bfb2-1ed48cb3f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3486A-49D1-4C04-BF5D-B8ED37842B51}">
  <ds:schemaRefs>
    <ds:schemaRef ds:uri="http://schemas.microsoft.com/sharepoint/v3/contenttype/forms"/>
  </ds:schemaRefs>
</ds:datastoreItem>
</file>

<file path=customXml/itemProps2.xml><?xml version="1.0" encoding="utf-8"?>
<ds:datastoreItem xmlns:ds="http://schemas.openxmlformats.org/officeDocument/2006/customXml" ds:itemID="{B9811AF2-D22D-D149-963D-6C544D4DB5BB}">
  <ds:schemaRefs>
    <ds:schemaRef ds:uri="http://schemas.openxmlformats.org/officeDocument/2006/bibliography"/>
  </ds:schemaRefs>
</ds:datastoreItem>
</file>

<file path=customXml/itemProps3.xml><?xml version="1.0" encoding="utf-8"?>
<ds:datastoreItem xmlns:ds="http://schemas.openxmlformats.org/officeDocument/2006/customXml" ds:itemID="{0F919CEF-5CDA-4AED-9011-FEE49B655CC6}">
  <ds:schemaRefs>
    <ds:schemaRef ds:uri="http://schemas.microsoft.com/office/2006/metadata/properties"/>
    <ds:schemaRef ds:uri="http://schemas.microsoft.com/office/infopath/2007/PartnerControls"/>
    <ds:schemaRef ds:uri="f4908f52-4b5d-4c43-959d-0541a9f24719"/>
    <ds:schemaRef ds:uri="b734f45e-2367-459d-bfb2-1ed48cb3fe95"/>
  </ds:schemaRefs>
</ds:datastoreItem>
</file>

<file path=customXml/itemProps4.xml><?xml version="1.0" encoding="utf-8"?>
<ds:datastoreItem xmlns:ds="http://schemas.openxmlformats.org/officeDocument/2006/customXml" ds:itemID="{F42FE539-0CA4-4697-BCE0-EBE6B09B2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08f52-4b5d-4c43-959d-0541a9f24719"/>
    <ds:schemaRef ds:uri="b734f45e-2367-459d-bfb2-1ed48cb3f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870</Words>
  <Characters>4965</Characters>
  <Application>Microsoft Office Word</Application>
  <DocSecurity>0</DocSecurity>
  <Lines>41</Lines>
  <Paragraphs>11</Paragraphs>
  <ScaleCrop>false</ScaleCrop>
  <Manager/>
  <Company/>
  <LinksUpToDate>false</LinksUpToDate>
  <CharactersWithSpaces>5824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Filipe Andre Barrocas Lima</cp:lastModifiedBy>
  <cp:revision>6</cp:revision>
  <cp:lastPrinted>2026-07-23T19:26:00Z</cp:lastPrinted>
  <dcterms:created xsi:type="dcterms:W3CDTF">2026-07-23T19:26:00Z</dcterms:created>
  <dcterms:modified xsi:type="dcterms:W3CDTF">2026-07-24T11:06:00Z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0x010100110846926622E84B93696A835785E560</vt:lpwstr>
  </property>
  <property fmtid="{D5CDD505-2E9C-101B-9397-08002B2CF9AE}" pid="3" name="MediaServiceImageTags">
    <vt:lpwstr/>
  </property>
</Properties>
</file>